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42488" w14:textId="77777777" w:rsidR="00A30293" w:rsidRPr="00F43624" w:rsidRDefault="00A30293" w:rsidP="00F43624">
      <w:pPr>
        <w:spacing w:line="240" w:lineRule="auto"/>
        <w:jc w:val="center"/>
        <w:rPr>
          <w:rFonts w:ascii="Times New Roman" w:hAnsi="Times New Roman" w:cs="Times New Roman"/>
          <w:sz w:val="24"/>
          <w:szCs w:val="24"/>
          <w:lang w:val="lv-LV"/>
        </w:rPr>
      </w:pPr>
      <w:r w:rsidRPr="00F43624">
        <w:rPr>
          <w:rFonts w:ascii="Times New Roman" w:hAnsi="Times New Roman" w:cs="Times New Roman"/>
          <w:noProof/>
          <w:sz w:val="24"/>
          <w:szCs w:val="24"/>
          <w:lang w:val="lv-LV"/>
        </w:rPr>
        <w:drawing>
          <wp:inline distT="0" distB="0" distL="0" distR="0" wp14:anchorId="4B61ADA9" wp14:editId="7D500688">
            <wp:extent cx="485775" cy="58293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85775" cy="582930"/>
                    </a:xfrm>
                    <a:prstGeom prst="rect">
                      <a:avLst/>
                    </a:prstGeom>
                    <a:ln/>
                  </pic:spPr>
                </pic:pic>
              </a:graphicData>
            </a:graphic>
          </wp:inline>
        </w:drawing>
      </w:r>
    </w:p>
    <w:p w14:paraId="0BDA47E8" w14:textId="77777777" w:rsidR="00A30293" w:rsidRPr="00F43624" w:rsidRDefault="00A30293" w:rsidP="00F43624">
      <w:pPr>
        <w:spacing w:line="240" w:lineRule="auto"/>
        <w:jc w:val="center"/>
        <w:rPr>
          <w:rFonts w:ascii="Times New Roman" w:eastAsia="Times New Roman" w:hAnsi="Times New Roman" w:cs="Times New Roman"/>
          <w:sz w:val="24"/>
          <w:szCs w:val="24"/>
          <w:lang w:val="lv-LV"/>
        </w:rPr>
      </w:pPr>
      <w:r w:rsidRPr="00F43624">
        <w:rPr>
          <w:rFonts w:ascii="Times New Roman" w:eastAsia="Times New Roman" w:hAnsi="Times New Roman" w:cs="Times New Roman"/>
          <w:b/>
          <w:bCs/>
          <w:sz w:val="24"/>
          <w:szCs w:val="24"/>
          <w:lang w:val="lv-LV"/>
        </w:rPr>
        <w:t>CĒSU PILSĒTAS IEDZĪVOTĀJU PADOME</w:t>
      </w:r>
    </w:p>
    <w:p w14:paraId="5005423B" w14:textId="77777777" w:rsidR="00A30293" w:rsidRPr="00F43624" w:rsidRDefault="00A30293" w:rsidP="00F43624">
      <w:pPr>
        <w:spacing w:line="240" w:lineRule="auto"/>
        <w:jc w:val="center"/>
        <w:rPr>
          <w:rFonts w:ascii="Times New Roman" w:eastAsia="Times New Roman" w:hAnsi="Times New Roman" w:cs="Times New Roman"/>
          <w:sz w:val="24"/>
          <w:szCs w:val="24"/>
          <w:lang w:val="lv-LV"/>
        </w:rPr>
      </w:pPr>
      <w:r w:rsidRPr="00F43624">
        <w:rPr>
          <w:rFonts w:ascii="Times New Roman" w:eastAsia="Times New Roman" w:hAnsi="Times New Roman" w:cs="Times New Roman"/>
          <w:sz w:val="24"/>
          <w:szCs w:val="24"/>
          <w:lang w:val="lv-LV"/>
        </w:rPr>
        <w:t>Protokols nr. 6/26</w:t>
      </w:r>
    </w:p>
    <w:p w14:paraId="74CABF0D" w14:textId="7AA0C069" w:rsidR="00A30293" w:rsidRPr="00F43624" w:rsidRDefault="00A30293" w:rsidP="00F43624">
      <w:pPr>
        <w:spacing w:line="240" w:lineRule="auto"/>
        <w:jc w:val="both"/>
        <w:rPr>
          <w:rFonts w:ascii="Times New Roman" w:eastAsia="Times New Roman" w:hAnsi="Times New Roman" w:cs="Times New Roman"/>
          <w:sz w:val="24"/>
          <w:szCs w:val="24"/>
          <w:lang w:val="lv-LV"/>
        </w:rPr>
      </w:pPr>
      <w:r w:rsidRPr="00F43624">
        <w:rPr>
          <w:rFonts w:ascii="Times New Roman" w:eastAsia="Times New Roman" w:hAnsi="Times New Roman" w:cs="Times New Roman"/>
          <w:b/>
          <w:bCs/>
          <w:sz w:val="24"/>
          <w:szCs w:val="24"/>
          <w:lang w:val="lv-LV"/>
        </w:rPr>
        <w:t>Sēdes sākums:</w:t>
      </w:r>
      <w:r w:rsidRPr="00F43624">
        <w:rPr>
          <w:rFonts w:ascii="Times New Roman" w:eastAsia="Times New Roman" w:hAnsi="Times New Roman" w:cs="Times New Roman"/>
          <w:sz w:val="24"/>
          <w:szCs w:val="24"/>
          <w:lang w:val="lv-LV"/>
        </w:rPr>
        <w:t xml:space="preserve"> 2026. gada 29. septembrī, </w:t>
      </w:r>
      <w:r w:rsidR="00392C50" w:rsidRPr="00F43624">
        <w:rPr>
          <w:rFonts w:ascii="Times New Roman" w:eastAsia="Times New Roman" w:hAnsi="Times New Roman" w:cs="Times New Roman"/>
          <w:sz w:val="24"/>
          <w:szCs w:val="24"/>
          <w:lang w:val="lv-LV"/>
        </w:rPr>
        <w:t>plkst.</w:t>
      </w:r>
      <w:r w:rsidRPr="00F43624">
        <w:rPr>
          <w:rFonts w:ascii="Times New Roman" w:eastAsia="Times New Roman" w:hAnsi="Times New Roman" w:cs="Times New Roman"/>
          <w:sz w:val="24"/>
          <w:szCs w:val="24"/>
          <w:lang w:val="lv-LV"/>
        </w:rPr>
        <w:t xml:space="preserve"> 18.00</w:t>
      </w:r>
    </w:p>
    <w:p w14:paraId="21104BF6" w14:textId="77777777" w:rsidR="00A30293" w:rsidRPr="00F43624" w:rsidRDefault="00A30293" w:rsidP="00F43624">
      <w:pPr>
        <w:spacing w:line="240" w:lineRule="auto"/>
        <w:jc w:val="both"/>
        <w:rPr>
          <w:rFonts w:ascii="Times New Roman" w:eastAsia="Times New Roman" w:hAnsi="Times New Roman" w:cs="Times New Roman"/>
          <w:sz w:val="24"/>
          <w:szCs w:val="24"/>
          <w:lang w:val="lv-LV"/>
        </w:rPr>
      </w:pPr>
      <w:r w:rsidRPr="00F43624">
        <w:rPr>
          <w:rFonts w:ascii="Times New Roman" w:eastAsia="Times New Roman" w:hAnsi="Times New Roman" w:cs="Times New Roman"/>
          <w:b/>
          <w:bCs/>
          <w:sz w:val="24"/>
          <w:szCs w:val="24"/>
          <w:lang w:val="lv-LV"/>
        </w:rPr>
        <w:t>Norises vieta:</w:t>
      </w:r>
      <w:r w:rsidRPr="00F43624">
        <w:rPr>
          <w:rFonts w:ascii="Times New Roman" w:eastAsia="Times New Roman" w:hAnsi="Times New Roman" w:cs="Times New Roman"/>
          <w:sz w:val="24"/>
          <w:szCs w:val="24"/>
          <w:lang w:val="lv-LV"/>
        </w:rPr>
        <w:t xml:space="preserve"> Cēsu novada pašvaldība, Raunas iela 4, 2.stāva, konferenču zāle</w:t>
      </w:r>
    </w:p>
    <w:p w14:paraId="41134C05" w14:textId="13C2AE43" w:rsidR="00A36917" w:rsidRPr="00F43624" w:rsidRDefault="00A30293" w:rsidP="00F43624">
      <w:pPr>
        <w:spacing w:line="240" w:lineRule="auto"/>
        <w:jc w:val="both"/>
        <w:rPr>
          <w:rFonts w:ascii="Times New Roman" w:hAnsi="Times New Roman" w:cs="Times New Roman"/>
          <w:b/>
          <w:sz w:val="24"/>
          <w:szCs w:val="24"/>
          <w:lang w:val="lv-LV"/>
        </w:rPr>
      </w:pPr>
      <w:r w:rsidRPr="00F43624">
        <w:rPr>
          <w:rFonts w:ascii="Times New Roman" w:hAnsi="Times New Roman" w:cs="Times New Roman"/>
          <w:b/>
          <w:sz w:val="24"/>
          <w:szCs w:val="24"/>
          <w:lang w:val="lv-LV"/>
        </w:rPr>
        <w:t>Sēdes vadītājs</w:t>
      </w:r>
      <w:r w:rsidR="00A1129D" w:rsidRPr="00F43624">
        <w:rPr>
          <w:rFonts w:ascii="Times New Roman" w:hAnsi="Times New Roman" w:cs="Times New Roman"/>
          <w:b/>
          <w:sz w:val="24"/>
          <w:szCs w:val="24"/>
          <w:lang w:val="lv-LV"/>
        </w:rPr>
        <w:t>:</w:t>
      </w:r>
      <w:r w:rsidRPr="00F43624">
        <w:rPr>
          <w:rFonts w:ascii="Times New Roman" w:hAnsi="Times New Roman" w:cs="Times New Roman"/>
          <w:b/>
          <w:sz w:val="24"/>
          <w:szCs w:val="24"/>
          <w:lang w:val="lv-LV"/>
        </w:rPr>
        <w:t xml:space="preserve"> </w:t>
      </w:r>
      <w:r w:rsidR="00A36917" w:rsidRPr="00F43624">
        <w:rPr>
          <w:rFonts w:ascii="Times New Roman" w:eastAsia="Times New Roman" w:hAnsi="Times New Roman" w:cs="Times New Roman"/>
          <w:sz w:val="24"/>
          <w:szCs w:val="24"/>
          <w:lang w:val="lv-LV"/>
        </w:rPr>
        <w:t>padomes priekšsēdētājs Armands Sīlītis</w:t>
      </w:r>
      <w:r w:rsidR="00A36917" w:rsidRPr="00F43624">
        <w:rPr>
          <w:rFonts w:ascii="Times New Roman" w:hAnsi="Times New Roman" w:cs="Times New Roman"/>
          <w:b/>
          <w:sz w:val="24"/>
          <w:szCs w:val="24"/>
          <w:lang w:val="lv-LV"/>
        </w:rPr>
        <w:t xml:space="preserve"> </w:t>
      </w:r>
    </w:p>
    <w:p w14:paraId="0AAD377E" w14:textId="61EA3866" w:rsidR="00A30293" w:rsidRPr="00F43624" w:rsidRDefault="00A30293"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b/>
          <w:sz w:val="24"/>
          <w:szCs w:val="24"/>
          <w:lang w:val="lv-LV"/>
        </w:rPr>
        <w:t>Protokolētājs</w:t>
      </w:r>
      <w:r w:rsidR="00A1129D" w:rsidRPr="00F43624">
        <w:rPr>
          <w:rFonts w:ascii="Times New Roman" w:hAnsi="Times New Roman" w:cs="Times New Roman"/>
          <w:b/>
          <w:sz w:val="24"/>
          <w:szCs w:val="24"/>
          <w:lang w:val="lv-LV"/>
        </w:rPr>
        <w:t xml:space="preserve">: </w:t>
      </w:r>
      <w:r w:rsidR="00656428">
        <w:rPr>
          <w:rFonts w:ascii="Times New Roman" w:hAnsi="Times New Roman" w:cs="Times New Roman"/>
          <w:sz w:val="24"/>
          <w:szCs w:val="24"/>
          <w:lang w:val="lv-LV"/>
        </w:rPr>
        <w:t>Kristīne Auniņa</w:t>
      </w:r>
    </w:p>
    <w:p w14:paraId="05C00D88" w14:textId="6CB54144" w:rsidR="006A4F41" w:rsidRPr="00F43624" w:rsidRDefault="00A30293" w:rsidP="00F43624">
      <w:pPr>
        <w:spacing w:line="240" w:lineRule="auto"/>
        <w:jc w:val="both"/>
        <w:rPr>
          <w:rFonts w:ascii="Times New Roman" w:eastAsia="Times New Roman" w:hAnsi="Times New Roman" w:cs="Times New Roman"/>
          <w:sz w:val="24"/>
          <w:szCs w:val="24"/>
          <w:lang w:val="lv-LV"/>
        </w:rPr>
      </w:pPr>
      <w:r w:rsidRPr="00F43624">
        <w:rPr>
          <w:rFonts w:ascii="Times New Roman" w:eastAsia="Times New Roman" w:hAnsi="Times New Roman" w:cs="Times New Roman"/>
          <w:b/>
          <w:bCs/>
          <w:sz w:val="24"/>
          <w:szCs w:val="24"/>
          <w:lang w:val="lv-LV"/>
        </w:rPr>
        <w:t>Sēdē piedalās:</w:t>
      </w:r>
      <w:r w:rsidRPr="00F43624">
        <w:rPr>
          <w:rFonts w:ascii="Times New Roman" w:eastAsia="Times New Roman" w:hAnsi="Times New Roman" w:cs="Times New Roman"/>
          <w:sz w:val="24"/>
          <w:szCs w:val="24"/>
          <w:lang w:val="lv-LV"/>
        </w:rPr>
        <w:t xml:space="preserve"> Iedzīvotāju padomes locekļi: Armands Sīlītis, Ramona Čunkure, Tatjana Bernharde, Oksana Zariņa-Jarohoviča,</w:t>
      </w:r>
      <w:r w:rsidRPr="00F43624">
        <w:rPr>
          <w:rFonts w:ascii="Times New Roman" w:hAnsi="Times New Roman" w:cs="Times New Roman"/>
          <w:sz w:val="24"/>
          <w:szCs w:val="24"/>
          <w:lang w:val="lv-LV"/>
        </w:rPr>
        <w:t xml:space="preserve"> </w:t>
      </w:r>
      <w:r w:rsidRPr="00F43624">
        <w:rPr>
          <w:rFonts w:ascii="Times New Roman" w:eastAsia="Times New Roman" w:hAnsi="Times New Roman" w:cs="Times New Roman"/>
          <w:sz w:val="24"/>
          <w:szCs w:val="24"/>
          <w:lang w:val="lv-LV"/>
        </w:rPr>
        <w:t>Edmunds Jansons, Kristīne Auniņa</w:t>
      </w:r>
      <w:r w:rsidR="005718D5">
        <w:rPr>
          <w:rFonts w:ascii="Times New Roman" w:eastAsia="Times New Roman" w:hAnsi="Times New Roman" w:cs="Times New Roman"/>
          <w:sz w:val="24"/>
          <w:szCs w:val="24"/>
          <w:lang w:val="lv-LV"/>
        </w:rPr>
        <w:t xml:space="preserve"> – ir kvorums, jo 6 no 9.</w:t>
      </w:r>
    </w:p>
    <w:p w14:paraId="093EE820" w14:textId="5399CF8E" w:rsidR="00A30293" w:rsidRPr="00F43624" w:rsidRDefault="006A4F41" w:rsidP="00F43624">
      <w:pPr>
        <w:spacing w:line="240" w:lineRule="auto"/>
        <w:jc w:val="both"/>
        <w:rPr>
          <w:rFonts w:ascii="Times New Roman" w:eastAsia="Times New Roman" w:hAnsi="Times New Roman" w:cs="Times New Roman"/>
          <w:sz w:val="24"/>
          <w:szCs w:val="24"/>
          <w:lang w:val="lv-LV"/>
        </w:rPr>
      </w:pPr>
      <w:r w:rsidRPr="00F43624">
        <w:rPr>
          <w:rFonts w:ascii="Times New Roman" w:eastAsia="Times New Roman" w:hAnsi="Times New Roman" w:cs="Times New Roman"/>
          <w:sz w:val="24"/>
          <w:szCs w:val="24"/>
          <w:lang w:val="lv-LV"/>
        </w:rPr>
        <w:t xml:space="preserve">Citi: </w:t>
      </w:r>
      <w:r w:rsidR="00A30293" w:rsidRPr="00F43624">
        <w:rPr>
          <w:rFonts w:ascii="Times New Roman" w:eastAsia="Times New Roman" w:hAnsi="Times New Roman" w:cs="Times New Roman"/>
          <w:sz w:val="24"/>
          <w:szCs w:val="24"/>
          <w:lang w:val="lv-LV"/>
        </w:rPr>
        <w:t>Liesma Lasmane, Jānis Andersons, laikraksta Druva redaktore Andra Gaņģe.</w:t>
      </w:r>
    </w:p>
    <w:p w14:paraId="4D5BB93D" w14:textId="07308552" w:rsidR="00A30293" w:rsidRPr="00F43624" w:rsidRDefault="00A30293" w:rsidP="00F43624">
      <w:pPr>
        <w:spacing w:line="240" w:lineRule="auto"/>
        <w:jc w:val="both"/>
        <w:rPr>
          <w:rFonts w:ascii="Times New Roman" w:eastAsia="Times New Roman" w:hAnsi="Times New Roman" w:cs="Times New Roman"/>
          <w:b/>
          <w:bCs/>
          <w:sz w:val="24"/>
          <w:szCs w:val="24"/>
          <w:lang w:val="lv-LV"/>
        </w:rPr>
      </w:pPr>
      <w:r w:rsidRPr="00F43624">
        <w:rPr>
          <w:rFonts w:ascii="Times New Roman" w:eastAsia="Times New Roman" w:hAnsi="Times New Roman" w:cs="Times New Roman"/>
          <w:b/>
          <w:bCs/>
          <w:sz w:val="24"/>
          <w:szCs w:val="24"/>
          <w:lang w:val="lv-LV"/>
        </w:rPr>
        <w:t>Sēdes darba kārtība</w:t>
      </w:r>
      <w:r w:rsidR="00F43624">
        <w:rPr>
          <w:rFonts w:ascii="Times New Roman" w:eastAsia="Times New Roman" w:hAnsi="Times New Roman" w:cs="Times New Roman"/>
          <w:b/>
          <w:bCs/>
          <w:sz w:val="24"/>
          <w:szCs w:val="24"/>
          <w:lang w:val="lv-LV"/>
        </w:rPr>
        <w:t>:</w:t>
      </w:r>
    </w:p>
    <w:p w14:paraId="455A43C7" w14:textId="77777777" w:rsidR="00612BD7" w:rsidRPr="00F43624"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1. Sēdes atklāšana un darba kārtības apstiprināšana.</w:t>
      </w:r>
    </w:p>
    <w:p w14:paraId="32E7048F" w14:textId="77777777" w:rsidR="00612BD7" w:rsidRPr="00F43624"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2. Aktuālā informācija par padomes darbu, finansējumu un turpmākajām iniciatīvām.</w:t>
      </w:r>
    </w:p>
    <w:p w14:paraId="63A69E90" w14:textId="77777777" w:rsidR="00612BD7" w:rsidRPr="00F43624"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3. Armanda Sīlīša atbrīvošana no padomes locekļa pienākumu pildīšanas.</w:t>
      </w:r>
    </w:p>
    <w:p w14:paraId="0A1DF87F" w14:textId="77777777" w:rsidR="00612BD7" w:rsidRPr="00F43624"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4. Izmaiņas padomes sastāvā.</w:t>
      </w:r>
    </w:p>
    <w:p w14:paraId="3AD2CF1E" w14:textId="77777777" w:rsidR="00612BD7" w:rsidRPr="00F43624"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5. Padomes priekšsēdētāja ievēlēšana; nepieciešamības gadījumā vietnieka un sekretāra pienākumi.</w:t>
      </w:r>
    </w:p>
    <w:p w14:paraId="44608777" w14:textId="77777777" w:rsidR="00612BD7" w:rsidRPr="00F43624"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6. Citi jautājumi, priekšlikumi un brīvais mikrofons.</w:t>
      </w:r>
    </w:p>
    <w:p w14:paraId="4639CAB4" w14:textId="77777777" w:rsidR="00612BD7" w:rsidRPr="00F43624"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7. Sēdes slēgšana.</w:t>
      </w:r>
    </w:p>
    <w:p w14:paraId="3BB1FE65" w14:textId="77777777" w:rsidR="00042C4D" w:rsidRPr="00F43624" w:rsidRDefault="00042C4D" w:rsidP="00F43624">
      <w:pPr>
        <w:spacing w:line="240" w:lineRule="auto"/>
        <w:jc w:val="both"/>
        <w:rPr>
          <w:rFonts w:ascii="Times New Roman" w:hAnsi="Times New Roman" w:cs="Times New Roman"/>
          <w:sz w:val="24"/>
          <w:szCs w:val="24"/>
          <w:lang w:val="lv-LV"/>
        </w:rPr>
      </w:pPr>
    </w:p>
    <w:p w14:paraId="32223980" w14:textId="468E5C8E" w:rsidR="00612BD7" w:rsidRPr="00F43624" w:rsidRDefault="00BF5FB5" w:rsidP="00F43624">
      <w:pPr>
        <w:spacing w:line="240" w:lineRule="auto"/>
        <w:jc w:val="both"/>
        <w:rPr>
          <w:rFonts w:ascii="Times New Roman" w:hAnsi="Times New Roman" w:cs="Times New Roman"/>
          <w:sz w:val="24"/>
          <w:szCs w:val="24"/>
          <w:lang w:val="lv-LV"/>
        </w:rPr>
      </w:pPr>
      <w:r w:rsidRPr="00151322">
        <w:rPr>
          <w:rFonts w:ascii="Times New Roman" w:hAnsi="Times New Roman" w:cs="Times New Roman"/>
          <w:b/>
          <w:bCs/>
          <w:sz w:val="24"/>
          <w:szCs w:val="24"/>
          <w:lang w:val="lv-LV"/>
        </w:rPr>
        <w:t>1.</w:t>
      </w:r>
      <w:r w:rsidR="005F7241" w:rsidRPr="00151322">
        <w:rPr>
          <w:rFonts w:ascii="Times New Roman" w:hAnsi="Times New Roman" w:cs="Times New Roman"/>
          <w:b/>
          <w:bCs/>
          <w:sz w:val="24"/>
          <w:szCs w:val="24"/>
          <w:lang w:val="lv-LV"/>
        </w:rPr>
        <w:t>Sēdi atklāja</w:t>
      </w:r>
      <w:r w:rsidR="001D7B6B" w:rsidRPr="00151322">
        <w:rPr>
          <w:rFonts w:ascii="Times New Roman" w:hAnsi="Times New Roman" w:cs="Times New Roman"/>
          <w:b/>
          <w:bCs/>
          <w:sz w:val="24"/>
          <w:szCs w:val="24"/>
          <w:lang w:val="lv-LV"/>
        </w:rPr>
        <w:t xml:space="preserve"> </w:t>
      </w:r>
      <w:r w:rsidR="001D7B6B" w:rsidRPr="00151322">
        <w:rPr>
          <w:rFonts w:ascii="Times New Roman" w:eastAsia="Times New Roman" w:hAnsi="Times New Roman" w:cs="Times New Roman"/>
          <w:b/>
          <w:bCs/>
          <w:sz w:val="24"/>
          <w:szCs w:val="24"/>
          <w:lang w:val="lv-LV"/>
        </w:rPr>
        <w:t>padomes priekšsēdētājs Armands Sīlītis</w:t>
      </w:r>
      <w:r w:rsidR="005F7241" w:rsidRPr="00F43624">
        <w:rPr>
          <w:rFonts w:ascii="Times New Roman" w:hAnsi="Times New Roman" w:cs="Times New Roman"/>
          <w:sz w:val="24"/>
          <w:szCs w:val="24"/>
          <w:lang w:val="lv-LV"/>
        </w:rPr>
        <w:t xml:space="preserve">. Darba kārtības apstiprināšanas balsojums </w:t>
      </w:r>
      <w:r w:rsidR="00301731" w:rsidRPr="00F43624">
        <w:rPr>
          <w:rFonts w:ascii="Times New Roman" w:hAnsi="Times New Roman" w:cs="Times New Roman"/>
          <w:sz w:val="24"/>
          <w:szCs w:val="24"/>
          <w:lang w:val="lv-LV"/>
        </w:rPr>
        <w:t>vienbalsīgi</w:t>
      </w:r>
      <w:r w:rsidR="005F7241" w:rsidRPr="00F43624">
        <w:rPr>
          <w:rFonts w:ascii="Times New Roman" w:hAnsi="Times New Roman" w:cs="Times New Roman"/>
          <w:sz w:val="24"/>
          <w:szCs w:val="24"/>
          <w:lang w:val="lv-LV"/>
        </w:rPr>
        <w:t>.</w:t>
      </w:r>
    </w:p>
    <w:p w14:paraId="6604C2BB" w14:textId="2DD93F9C" w:rsidR="00612BD7" w:rsidRPr="00F43624" w:rsidRDefault="000421D0" w:rsidP="00F43624">
      <w:pPr>
        <w:pStyle w:val="Virsraksts1"/>
        <w:spacing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2.</w:t>
      </w:r>
      <w:r w:rsidR="00BB006C">
        <w:rPr>
          <w:rFonts w:ascii="Times New Roman" w:hAnsi="Times New Roman" w:cs="Times New Roman"/>
          <w:sz w:val="24"/>
          <w:szCs w:val="24"/>
          <w:lang w:val="lv-LV"/>
        </w:rPr>
        <w:t>1.</w:t>
      </w:r>
      <w:r>
        <w:rPr>
          <w:rFonts w:ascii="Times New Roman" w:hAnsi="Times New Roman" w:cs="Times New Roman"/>
          <w:sz w:val="24"/>
          <w:szCs w:val="24"/>
          <w:lang w:val="lv-LV"/>
        </w:rPr>
        <w:t xml:space="preserve"> </w:t>
      </w:r>
      <w:r w:rsidR="005F7241" w:rsidRPr="00F43624">
        <w:rPr>
          <w:rFonts w:ascii="Times New Roman" w:hAnsi="Times New Roman" w:cs="Times New Roman"/>
          <w:sz w:val="24"/>
          <w:szCs w:val="24"/>
          <w:lang w:val="lv-LV"/>
        </w:rPr>
        <w:t>Iepriekš virzītās iniciatīvas un finansējums</w:t>
      </w:r>
    </w:p>
    <w:p w14:paraId="715F78B6" w14:textId="7C7D1B5D" w:rsidR="000A278B" w:rsidRPr="00F43624"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b/>
          <w:sz w:val="24"/>
          <w:szCs w:val="24"/>
          <w:lang w:val="lv-LV"/>
        </w:rPr>
        <w:t>Ziņoja un apsprieda</w:t>
      </w:r>
      <w:r w:rsidR="00654E6A">
        <w:rPr>
          <w:rFonts w:ascii="Times New Roman" w:hAnsi="Times New Roman" w:cs="Times New Roman"/>
          <w:b/>
          <w:sz w:val="24"/>
          <w:szCs w:val="24"/>
          <w:lang w:val="lv-LV"/>
        </w:rPr>
        <w:t xml:space="preserve">: </w:t>
      </w:r>
      <w:r w:rsidRPr="00F43624">
        <w:rPr>
          <w:rFonts w:ascii="Times New Roman" w:hAnsi="Times New Roman" w:cs="Times New Roman"/>
          <w:sz w:val="24"/>
          <w:szCs w:val="24"/>
          <w:lang w:val="lv-LV"/>
        </w:rPr>
        <w:t xml:space="preserve">2026. gada 14. jūlija sēdē bija nolemts piešķirt finansējumu papildu soliņu iegādei un uzstādīšanai Cēsīs, kā arī mobilitātes infrastruktūrai, tostarp velostatīviem. Pēc iedzīvotāju ieteikumiem izvēlētas iespējamās vietas un priekšlikums iesniegts izskatīšanai </w:t>
      </w:r>
      <w:r w:rsidR="00F2472C" w:rsidRPr="00F43624">
        <w:rPr>
          <w:rFonts w:ascii="Times New Roman" w:hAnsi="Times New Roman" w:cs="Times New Roman"/>
          <w:sz w:val="24"/>
          <w:szCs w:val="24"/>
          <w:lang w:val="lv-LV"/>
        </w:rPr>
        <w:t>Cēsu novada domes</w:t>
      </w:r>
      <w:r w:rsidR="000A278B" w:rsidRPr="00F43624">
        <w:rPr>
          <w:rFonts w:ascii="Times New Roman" w:hAnsi="Times New Roman" w:cs="Times New Roman"/>
          <w:sz w:val="24"/>
          <w:szCs w:val="24"/>
          <w:lang w:val="lv-LV"/>
        </w:rPr>
        <w:t xml:space="preserve"> Sociālo, veselības un sabiedrības iesaistes jautājumu komitej</w:t>
      </w:r>
      <w:r w:rsidR="00261C9E" w:rsidRPr="00F43624">
        <w:rPr>
          <w:rFonts w:ascii="Times New Roman" w:hAnsi="Times New Roman" w:cs="Times New Roman"/>
          <w:sz w:val="24"/>
          <w:szCs w:val="24"/>
          <w:lang w:val="lv-LV"/>
        </w:rPr>
        <w:t xml:space="preserve">as sēdē, kas notika 2026.gada </w:t>
      </w:r>
      <w:r w:rsidR="00F2472C" w:rsidRPr="00F43624">
        <w:rPr>
          <w:rFonts w:ascii="Times New Roman" w:hAnsi="Times New Roman" w:cs="Times New Roman"/>
          <w:sz w:val="24"/>
          <w:szCs w:val="24"/>
          <w:lang w:val="lv-LV"/>
        </w:rPr>
        <w:t>24. septembrī</w:t>
      </w:r>
      <w:r w:rsidR="000A278B" w:rsidRPr="00F43624">
        <w:rPr>
          <w:rFonts w:ascii="Times New Roman" w:hAnsi="Times New Roman" w:cs="Times New Roman"/>
          <w:sz w:val="24"/>
          <w:szCs w:val="24"/>
          <w:lang w:val="lv-LV"/>
        </w:rPr>
        <w:t xml:space="preserve">, par ko pieņemts lēmums </w:t>
      </w:r>
      <w:r w:rsidR="00261C9E" w:rsidRPr="00F43624">
        <w:rPr>
          <w:rFonts w:ascii="Times New Roman" w:hAnsi="Times New Roman" w:cs="Times New Roman"/>
          <w:sz w:val="24"/>
          <w:szCs w:val="24"/>
          <w:lang w:val="lv-LV"/>
        </w:rPr>
        <w:t xml:space="preserve">atbalstīt </w:t>
      </w:r>
      <w:r w:rsidR="00F43624" w:rsidRPr="00F43624">
        <w:rPr>
          <w:rFonts w:ascii="Times New Roman" w:hAnsi="Times New Roman" w:cs="Times New Roman"/>
          <w:sz w:val="24"/>
          <w:szCs w:val="24"/>
          <w:lang w:val="lv-LV"/>
        </w:rPr>
        <w:t xml:space="preserve">Cēsu pilsētas iedzīvotāju padomes iniciatīvu publiskās ārtelpas labiekārtošanai </w:t>
      </w:r>
      <w:r w:rsidR="00A416A5">
        <w:rPr>
          <w:rFonts w:ascii="Times New Roman" w:hAnsi="Times New Roman" w:cs="Times New Roman"/>
          <w:sz w:val="24"/>
          <w:szCs w:val="24"/>
          <w:lang w:val="lv-LV"/>
        </w:rPr>
        <w:t xml:space="preserve">– </w:t>
      </w:r>
      <w:r w:rsidR="00F43624" w:rsidRPr="00F43624">
        <w:rPr>
          <w:rFonts w:ascii="Times New Roman" w:hAnsi="Times New Roman" w:cs="Times New Roman"/>
          <w:sz w:val="24"/>
          <w:szCs w:val="24"/>
          <w:lang w:val="lv-LV"/>
        </w:rPr>
        <w:t>5 soliņu uzstādīšanai Cēsu pilsētas ielās un 5 velostatīvu uzstādīšanai vecpilsētas Rožu laukumā un piešķirt iniciatīvas īstenošanai finansējumu līdz 7 747 EUR no Cēsu iedzīvotāju padomei 2026. gada budžetā paredzētā finansējuma.</w:t>
      </w:r>
    </w:p>
    <w:p w14:paraId="5FAF7AF7" w14:textId="76A6C2E5" w:rsidR="00612BD7" w:rsidRPr="00F43624"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Iepriekš bija atbalstīts arī finansējums jauniešu publiskas pulcēšanās vietai; tās novietojums un izpildījums vēl tiek izvērtēts. Sēdē apspriesta iespēja attīstīt vietu Maija parkā. Ierosināts vēlreiz uzklausīt jauniešus un ar pašvaldības speciālistiem precizēt risinājumu, projektēšanas nepieciešamību un izmaksas.</w:t>
      </w:r>
    </w:p>
    <w:p w14:paraId="6A0D394F" w14:textId="77777777" w:rsidR="00612BD7" w:rsidRPr="00F43624"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Prezentācijā sniegts šāds 25 000 EUR finansējuma sadalījums un pozīciju atlikums:</w:t>
      </w:r>
    </w:p>
    <w:tbl>
      <w:tblPr>
        <w:tblW w:w="0" w:type="auto"/>
        <w:tblLayout w:type="fixed"/>
        <w:tblLook w:val="04A0" w:firstRow="1" w:lastRow="0" w:firstColumn="1" w:lastColumn="0" w:noHBand="0" w:noVBand="1"/>
      </w:tblPr>
      <w:tblGrid>
        <w:gridCol w:w="4077"/>
        <w:gridCol w:w="2619"/>
        <w:gridCol w:w="2952"/>
      </w:tblGrid>
      <w:tr w:rsidR="00612BD7" w:rsidRPr="00F43624" w14:paraId="4C2940DD" w14:textId="77777777" w:rsidTr="00B60E59">
        <w:tc>
          <w:tcPr>
            <w:tcW w:w="4077" w:type="dxa"/>
            <w:tcBorders>
              <w:top w:val="single" w:sz="4" w:space="0" w:color="D9D9D9"/>
              <w:left w:val="single" w:sz="4" w:space="0" w:color="D9D9D9"/>
              <w:bottom w:val="single" w:sz="4" w:space="0" w:color="D9D9D9"/>
              <w:right w:val="single" w:sz="4" w:space="0" w:color="D9D9D9"/>
            </w:tcBorders>
            <w:shd w:val="clear" w:color="auto" w:fill="E8EDF2"/>
            <w:vAlign w:val="center"/>
          </w:tcPr>
          <w:p w14:paraId="185C74E7" w14:textId="77777777" w:rsidR="00612BD7" w:rsidRPr="00F43624" w:rsidRDefault="005F7241" w:rsidP="00F43624">
            <w:pPr>
              <w:spacing w:after="0" w:line="240" w:lineRule="auto"/>
              <w:jc w:val="both"/>
              <w:rPr>
                <w:rFonts w:ascii="Times New Roman" w:hAnsi="Times New Roman" w:cs="Times New Roman"/>
                <w:sz w:val="24"/>
                <w:szCs w:val="24"/>
                <w:lang w:val="lv-LV"/>
              </w:rPr>
            </w:pPr>
            <w:r w:rsidRPr="00F43624">
              <w:rPr>
                <w:rFonts w:ascii="Times New Roman" w:hAnsi="Times New Roman" w:cs="Times New Roman"/>
                <w:b/>
                <w:sz w:val="24"/>
                <w:szCs w:val="24"/>
                <w:lang w:val="lv-LV"/>
              </w:rPr>
              <w:t>Joma</w:t>
            </w:r>
          </w:p>
        </w:tc>
        <w:tc>
          <w:tcPr>
            <w:tcW w:w="2619" w:type="dxa"/>
            <w:tcBorders>
              <w:top w:val="single" w:sz="4" w:space="0" w:color="D9D9D9"/>
              <w:left w:val="single" w:sz="4" w:space="0" w:color="D9D9D9"/>
              <w:bottom w:val="single" w:sz="4" w:space="0" w:color="D9D9D9"/>
              <w:right w:val="single" w:sz="4" w:space="0" w:color="D9D9D9"/>
            </w:tcBorders>
            <w:shd w:val="clear" w:color="auto" w:fill="E8EDF2"/>
            <w:vAlign w:val="center"/>
          </w:tcPr>
          <w:p w14:paraId="2DFD764B" w14:textId="77777777" w:rsidR="00612BD7" w:rsidRPr="00F43624" w:rsidRDefault="005F7241" w:rsidP="00F43624">
            <w:pPr>
              <w:spacing w:after="0" w:line="240" w:lineRule="auto"/>
              <w:jc w:val="both"/>
              <w:rPr>
                <w:rFonts w:ascii="Times New Roman" w:hAnsi="Times New Roman" w:cs="Times New Roman"/>
                <w:sz w:val="24"/>
                <w:szCs w:val="24"/>
                <w:lang w:val="lv-LV"/>
              </w:rPr>
            </w:pPr>
            <w:r w:rsidRPr="00F43624">
              <w:rPr>
                <w:rFonts w:ascii="Times New Roman" w:hAnsi="Times New Roman" w:cs="Times New Roman"/>
                <w:b/>
                <w:sz w:val="24"/>
                <w:szCs w:val="24"/>
                <w:lang w:val="lv-LV"/>
              </w:rPr>
              <w:t>Piešķīrums</w:t>
            </w:r>
          </w:p>
        </w:tc>
        <w:tc>
          <w:tcPr>
            <w:tcW w:w="2952" w:type="dxa"/>
            <w:tcBorders>
              <w:top w:val="single" w:sz="4" w:space="0" w:color="D9D9D9"/>
              <w:left w:val="single" w:sz="4" w:space="0" w:color="D9D9D9"/>
              <w:bottom w:val="single" w:sz="4" w:space="0" w:color="D9D9D9"/>
              <w:right w:val="single" w:sz="4" w:space="0" w:color="D9D9D9"/>
            </w:tcBorders>
            <w:shd w:val="clear" w:color="auto" w:fill="E8EDF2"/>
            <w:vAlign w:val="center"/>
          </w:tcPr>
          <w:p w14:paraId="6FAFF3CF" w14:textId="77777777" w:rsidR="00612BD7" w:rsidRPr="00F43624" w:rsidRDefault="005F7241" w:rsidP="00F43624">
            <w:pPr>
              <w:spacing w:after="0" w:line="240" w:lineRule="auto"/>
              <w:jc w:val="both"/>
              <w:rPr>
                <w:rFonts w:ascii="Times New Roman" w:hAnsi="Times New Roman" w:cs="Times New Roman"/>
                <w:sz w:val="24"/>
                <w:szCs w:val="24"/>
                <w:lang w:val="lv-LV"/>
              </w:rPr>
            </w:pPr>
            <w:r w:rsidRPr="00F43624">
              <w:rPr>
                <w:rFonts w:ascii="Times New Roman" w:hAnsi="Times New Roman" w:cs="Times New Roman"/>
                <w:b/>
                <w:sz w:val="24"/>
                <w:szCs w:val="24"/>
                <w:lang w:val="lv-LV"/>
              </w:rPr>
              <w:t>Norādītais atlikums</w:t>
            </w:r>
          </w:p>
        </w:tc>
      </w:tr>
      <w:tr w:rsidR="00612BD7" w:rsidRPr="00F43624" w14:paraId="5AB3E12A" w14:textId="77777777" w:rsidTr="00B60E59">
        <w:tc>
          <w:tcPr>
            <w:tcW w:w="4077" w:type="dxa"/>
            <w:tcBorders>
              <w:top w:val="single" w:sz="4" w:space="0" w:color="D9D9D9"/>
              <w:left w:val="single" w:sz="4" w:space="0" w:color="D9D9D9"/>
              <w:bottom w:val="single" w:sz="4" w:space="0" w:color="D9D9D9"/>
              <w:right w:val="single" w:sz="4" w:space="0" w:color="D9D9D9"/>
            </w:tcBorders>
            <w:vAlign w:val="center"/>
          </w:tcPr>
          <w:p w14:paraId="65AA3114" w14:textId="77777777" w:rsidR="00612BD7" w:rsidRPr="00F43624" w:rsidRDefault="005F7241" w:rsidP="00F43624">
            <w:pPr>
              <w:spacing w:after="0"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Sabiedrības līdzdalība</w:t>
            </w:r>
          </w:p>
        </w:tc>
        <w:tc>
          <w:tcPr>
            <w:tcW w:w="2619" w:type="dxa"/>
            <w:tcBorders>
              <w:top w:val="single" w:sz="4" w:space="0" w:color="D9D9D9"/>
              <w:left w:val="single" w:sz="4" w:space="0" w:color="D9D9D9"/>
              <w:bottom w:val="single" w:sz="4" w:space="0" w:color="D9D9D9"/>
              <w:right w:val="single" w:sz="4" w:space="0" w:color="D9D9D9"/>
            </w:tcBorders>
            <w:vAlign w:val="center"/>
          </w:tcPr>
          <w:p w14:paraId="4D29C174" w14:textId="77777777" w:rsidR="00612BD7" w:rsidRPr="00F43624" w:rsidRDefault="005F7241" w:rsidP="00F43624">
            <w:pPr>
              <w:spacing w:after="0"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35 %  8 750,00 EUR</w:t>
            </w:r>
          </w:p>
        </w:tc>
        <w:tc>
          <w:tcPr>
            <w:tcW w:w="2952" w:type="dxa"/>
            <w:tcBorders>
              <w:top w:val="single" w:sz="4" w:space="0" w:color="D9D9D9"/>
              <w:left w:val="single" w:sz="4" w:space="0" w:color="D9D9D9"/>
              <w:bottom w:val="single" w:sz="4" w:space="0" w:color="D9D9D9"/>
              <w:right w:val="single" w:sz="4" w:space="0" w:color="D9D9D9"/>
            </w:tcBorders>
            <w:vAlign w:val="center"/>
          </w:tcPr>
          <w:p w14:paraId="55EF5C47" w14:textId="77777777" w:rsidR="00612BD7" w:rsidRPr="00F43624" w:rsidRDefault="005F7241" w:rsidP="00F43624">
            <w:pPr>
              <w:spacing w:after="0"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1 002,97 EUR</w:t>
            </w:r>
          </w:p>
        </w:tc>
      </w:tr>
      <w:tr w:rsidR="00612BD7" w:rsidRPr="00F43624" w14:paraId="58772942" w14:textId="77777777" w:rsidTr="00B60E59">
        <w:tc>
          <w:tcPr>
            <w:tcW w:w="4077" w:type="dxa"/>
            <w:tcBorders>
              <w:top w:val="single" w:sz="4" w:space="0" w:color="D9D9D9"/>
              <w:left w:val="single" w:sz="4" w:space="0" w:color="D9D9D9"/>
              <w:bottom w:val="single" w:sz="4" w:space="0" w:color="D9D9D9"/>
              <w:right w:val="single" w:sz="4" w:space="0" w:color="D9D9D9"/>
            </w:tcBorders>
            <w:vAlign w:val="center"/>
          </w:tcPr>
          <w:p w14:paraId="41D1EC23" w14:textId="77777777" w:rsidR="00612BD7" w:rsidRPr="00F43624" w:rsidRDefault="005F7241" w:rsidP="00F43624">
            <w:pPr>
              <w:spacing w:after="0"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Kopienas veidošana un stiprināšana</w:t>
            </w:r>
          </w:p>
        </w:tc>
        <w:tc>
          <w:tcPr>
            <w:tcW w:w="2619" w:type="dxa"/>
            <w:tcBorders>
              <w:top w:val="single" w:sz="4" w:space="0" w:color="D9D9D9"/>
              <w:left w:val="single" w:sz="4" w:space="0" w:color="D9D9D9"/>
              <w:bottom w:val="single" w:sz="4" w:space="0" w:color="D9D9D9"/>
              <w:right w:val="single" w:sz="4" w:space="0" w:color="D9D9D9"/>
            </w:tcBorders>
            <w:vAlign w:val="center"/>
          </w:tcPr>
          <w:p w14:paraId="2D5CD96D" w14:textId="77777777" w:rsidR="00612BD7" w:rsidRPr="00F43624" w:rsidRDefault="005F7241" w:rsidP="00F43624">
            <w:pPr>
              <w:spacing w:after="0"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50 %  12 500,00 EUR</w:t>
            </w:r>
          </w:p>
        </w:tc>
        <w:tc>
          <w:tcPr>
            <w:tcW w:w="2952" w:type="dxa"/>
            <w:tcBorders>
              <w:top w:val="single" w:sz="4" w:space="0" w:color="D9D9D9"/>
              <w:left w:val="single" w:sz="4" w:space="0" w:color="D9D9D9"/>
              <w:bottom w:val="single" w:sz="4" w:space="0" w:color="D9D9D9"/>
              <w:right w:val="single" w:sz="4" w:space="0" w:color="D9D9D9"/>
            </w:tcBorders>
            <w:vAlign w:val="center"/>
          </w:tcPr>
          <w:p w14:paraId="5E0DF4DA" w14:textId="77777777" w:rsidR="00612BD7" w:rsidRPr="00F43624" w:rsidRDefault="005F7241" w:rsidP="00F43624">
            <w:pPr>
              <w:spacing w:after="0"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10 500,00 EUR</w:t>
            </w:r>
          </w:p>
        </w:tc>
      </w:tr>
      <w:tr w:rsidR="00612BD7" w:rsidRPr="00F43624" w14:paraId="5CA1F427" w14:textId="77777777" w:rsidTr="00B60E59">
        <w:tc>
          <w:tcPr>
            <w:tcW w:w="4077" w:type="dxa"/>
            <w:tcBorders>
              <w:top w:val="single" w:sz="4" w:space="0" w:color="D9D9D9"/>
              <w:left w:val="single" w:sz="4" w:space="0" w:color="D9D9D9"/>
              <w:bottom w:val="single" w:sz="4" w:space="0" w:color="D9D9D9"/>
              <w:right w:val="single" w:sz="4" w:space="0" w:color="D9D9D9"/>
            </w:tcBorders>
            <w:vAlign w:val="center"/>
          </w:tcPr>
          <w:p w14:paraId="6E76AF8D" w14:textId="77777777" w:rsidR="00612BD7" w:rsidRPr="00F43624" w:rsidRDefault="005F7241" w:rsidP="00F43624">
            <w:pPr>
              <w:spacing w:after="0"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Uzņēmējdarbības veicināšana</w:t>
            </w:r>
          </w:p>
        </w:tc>
        <w:tc>
          <w:tcPr>
            <w:tcW w:w="2619" w:type="dxa"/>
            <w:tcBorders>
              <w:top w:val="single" w:sz="4" w:space="0" w:color="D9D9D9"/>
              <w:left w:val="single" w:sz="4" w:space="0" w:color="D9D9D9"/>
              <w:bottom w:val="single" w:sz="4" w:space="0" w:color="D9D9D9"/>
              <w:right w:val="single" w:sz="4" w:space="0" w:color="D9D9D9"/>
            </w:tcBorders>
            <w:vAlign w:val="center"/>
          </w:tcPr>
          <w:p w14:paraId="5A39A79C" w14:textId="77777777" w:rsidR="00612BD7" w:rsidRPr="00F43624" w:rsidRDefault="005F7241" w:rsidP="00F43624">
            <w:pPr>
              <w:spacing w:after="0"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15 %  3 750,00 EUR</w:t>
            </w:r>
          </w:p>
        </w:tc>
        <w:tc>
          <w:tcPr>
            <w:tcW w:w="2952" w:type="dxa"/>
            <w:tcBorders>
              <w:top w:val="single" w:sz="4" w:space="0" w:color="D9D9D9"/>
              <w:left w:val="single" w:sz="4" w:space="0" w:color="D9D9D9"/>
              <w:bottom w:val="single" w:sz="4" w:space="0" w:color="D9D9D9"/>
              <w:right w:val="single" w:sz="4" w:space="0" w:color="D9D9D9"/>
            </w:tcBorders>
            <w:vAlign w:val="center"/>
          </w:tcPr>
          <w:p w14:paraId="70E00162" w14:textId="77777777" w:rsidR="00612BD7" w:rsidRPr="00F43624" w:rsidRDefault="005F7241" w:rsidP="00F43624">
            <w:pPr>
              <w:spacing w:after="0"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3 750,00 EUR</w:t>
            </w:r>
          </w:p>
        </w:tc>
      </w:tr>
    </w:tbl>
    <w:p w14:paraId="0FBE5A55" w14:textId="77777777" w:rsidR="00612BD7" w:rsidRPr="00F43624"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lastRenderedPageBreak/>
        <w:t>Padome iepazinās ar pašvaldības atbildēm uz iepriekš apkopotajiem iedzīvotāju jautājumiem par satiksmes drošību. Tika minēti iespējamie risinājumi pie jauniešu centra, atsevišķos krustojumos un gājēju pārejās, apgaismojuma uzlabojumi un plānotie ielu darbi. Atsevišķu krustojumu risinājumiem tika rosināta apspriešana ar iedzīvotājiem. Konkrētu projektu nosaukumi un izpildes stadijas jāsalīdzina ar pašvaldības rakstisko atbildi.</w:t>
      </w:r>
    </w:p>
    <w:p w14:paraId="149C2CB3" w14:textId="5ED9C52D" w:rsidR="00612BD7" w:rsidRPr="00F43624"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b/>
          <w:sz w:val="24"/>
          <w:szCs w:val="24"/>
          <w:lang w:val="lv-LV"/>
        </w:rPr>
        <w:t>Rezultāts</w:t>
      </w:r>
      <w:r w:rsidR="00FE5E5A">
        <w:rPr>
          <w:rFonts w:ascii="Times New Roman" w:hAnsi="Times New Roman" w:cs="Times New Roman"/>
          <w:b/>
          <w:sz w:val="24"/>
          <w:szCs w:val="24"/>
          <w:lang w:val="lv-LV"/>
        </w:rPr>
        <w:t>:</w:t>
      </w:r>
      <w:r w:rsidRPr="00F43624">
        <w:rPr>
          <w:rFonts w:ascii="Times New Roman" w:hAnsi="Times New Roman" w:cs="Times New Roman"/>
          <w:b/>
          <w:sz w:val="24"/>
          <w:szCs w:val="24"/>
          <w:lang w:val="lv-LV"/>
        </w:rPr>
        <w:t xml:space="preserve"> </w:t>
      </w:r>
      <w:r w:rsidRPr="00F43624">
        <w:rPr>
          <w:rFonts w:ascii="Times New Roman" w:hAnsi="Times New Roman" w:cs="Times New Roman"/>
          <w:sz w:val="24"/>
          <w:szCs w:val="24"/>
          <w:lang w:val="lv-LV"/>
        </w:rPr>
        <w:t>Informācija uzklausīta. Norakstā nav fiksēts jauns balsojums par finansējuma piešķiršanu vai pārdali šajā sēdē.</w:t>
      </w:r>
    </w:p>
    <w:p w14:paraId="466B7CE2" w14:textId="2A27B5FB" w:rsidR="00612BD7" w:rsidRPr="00F43624" w:rsidRDefault="00BB006C" w:rsidP="00F43624">
      <w:pPr>
        <w:pStyle w:val="Virsraksts1"/>
        <w:spacing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2.2.</w:t>
      </w:r>
      <w:r w:rsidR="005F7241" w:rsidRPr="00F43624">
        <w:rPr>
          <w:rFonts w:ascii="Times New Roman" w:hAnsi="Times New Roman" w:cs="Times New Roman"/>
          <w:sz w:val="24"/>
          <w:szCs w:val="24"/>
          <w:lang w:val="lv-LV"/>
        </w:rPr>
        <w:t>Turpmākās iniciatīvas un saziņa ar iedzīvotājiem</w:t>
      </w:r>
    </w:p>
    <w:p w14:paraId="24A2CA3D" w14:textId="6150E7EA" w:rsidR="00612BD7" w:rsidRPr="00F43624"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b/>
          <w:sz w:val="24"/>
          <w:szCs w:val="24"/>
          <w:lang w:val="lv-LV"/>
        </w:rPr>
        <w:t>Apsprieda</w:t>
      </w:r>
      <w:r w:rsidR="00BB006C">
        <w:rPr>
          <w:rFonts w:ascii="Times New Roman" w:hAnsi="Times New Roman" w:cs="Times New Roman"/>
          <w:b/>
          <w:sz w:val="24"/>
          <w:szCs w:val="24"/>
          <w:lang w:val="lv-LV"/>
        </w:rPr>
        <w:t xml:space="preserve">: </w:t>
      </w:r>
      <w:r w:rsidRPr="00F43624">
        <w:rPr>
          <w:rFonts w:ascii="Times New Roman" w:hAnsi="Times New Roman" w:cs="Times New Roman"/>
          <w:sz w:val="24"/>
          <w:szCs w:val="24"/>
          <w:lang w:val="lv-LV"/>
        </w:rPr>
        <w:t xml:space="preserve">Tika izteikti priekšlikumi par pilsētas vides elementiem un jauniešu pulcēšanās vietu, tikšanos ar </w:t>
      </w:r>
      <w:r w:rsidR="00445441">
        <w:rPr>
          <w:rFonts w:ascii="Times New Roman" w:hAnsi="Times New Roman" w:cs="Times New Roman"/>
          <w:sz w:val="24"/>
          <w:szCs w:val="24"/>
          <w:lang w:val="lv-LV"/>
        </w:rPr>
        <w:t>“C</w:t>
      </w:r>
      <w:r w:rsidRPr="00F43624">
        <w:rPr>
          <w:rFonts w:ascii="Times New Roman" w:hAnsi="Times New Roman" w:cs="Times New Roman"/>
          <w:sz w:val="24"/>
          <w:szCs w:val="24"/>
          <w:lang w:val="lv-LV"/>
        </w:rPr>
        <w:t xml:space="preserve">ita </w:t>
      </w:r>
      <w:r w:rsidR="00B55872">
        <w:rPr>
          <w:rFonts w:ascii="Times New Roman" w:hAnsi="Times New Roman" w:cs="Times New Roman"/>
          <w:sz w:val="24"/>
          <w:szCs w:val="24"/>
          <w:lang w:val="lv-LV"/>
        </w:rPr>
        <w:t>Daugavpils”</w:t>
      </w:r>
      <w:r w:rsidRPr="00F43624">
        <w:rPr>
          <w:rFonts w:ascii="Times New Roman" w:hAnsi="Times New Roman" w:cs="Times New Roman"/>
          <w:sz w:val="24"/>
          <w:szCs w:val="24"/>
          <w:lang w:val="lv-LV"/>
        </w:rPr>
        <w:t xml:space="preserve"> kopienu pārstāvi, Cēsu iedzīvotāju forumu, neformālu padomju un iedzīvotāju tikšanos, kā arī īsiem video vai sarunu ierakstiem par padomes darbu. Foruma iespējamais laiks apspriests novembrī vai decembra sākumā; datums, mērķis, tāme un finansēšanas kārtība netika noteikti.</w:t>
      </w:r>
    </w:p>
    <w:p w14:paraId="14353B5D" w14:textId="77777777" w:rsidR="00612BD7" w:rsidRPr="00F43624"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Plašāk apspriesta platformas “Manas Cēsis” izmantošana ideju un problēmu kartēšanai un tās iespējamā saikne ar pašvaldības lietotni. Dalībnieki norādīja, ka pirms aktīvas popularizēšanas jāvienojas par satura ievietošanu, jautājumu izskatīšanu un atbildīgo personu. Tika ierosināts lūgt pašvaldībai norādīt konkrētu kontaktpersonu komunikācijas jautājumos un vienoties par regulāru iedzīvotāju padomes informācijas publicēšanu. Apspriesta arī iespēja platformu piedāvāt citām novada padomēm.</w:t>
      </w:r>
    </w:p>
    <w:p w14:paraId="593310E9" w14:textId="74BA82E8" w:rsidR="00612BD7" w:rsidRPr="00F43624"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b/>
          <w:sz w:val="24"/>
          <w:szCs w:val="24"/>
          <w:lang w:val="lv-LV"/>
        </w:rPr>
        <w:t>Rezultāts</w:t>
      </w:r>
      <w:r w:rsidR="00B55872">
        <w:rPr>
          <w:rFonts w:ascii="Times New Roman" w:hAnsi="Times New Roman" w:cs="Times New Roman"/>
          <w:b/>
          <w:sz w:val="24"/>
          <w:szCs w:val="24"/>
          <w:lang w:val="lv-LV"/>
        </w:rPr>
        <w:t>:</w:t>
      </w:r>
      <w:r w:rsidR="003F7A23">
        <w:rPr>
          <w:rFonts w:ascii="Times New Roman" w:hAnsi="Times New Roman" w:cs="Times New Roman"/>
          <w:b/>
          <w:sz w:val="24"/>
          <w:szCs w:val="24"/>
          <w:lang w:val="lv-LV"/>
        </w:rPr>
        <w:t xml:space="preserve"> </w:t>
      </w:r>
      <w:r w:rsidRPr="00F43624">
        <w:rPr>
          <w:rFonts w:ascii="Times New Roman" w:hAnsi="Times New Roman" w:cs="Times New Roman"/>
          <w:sz w:val="24"/>
          <w:szCs w:val="24"/>
          <w:lang w:val="lv-LV"/>
        </w:rPr>
        <w:t>Minētie priekšlikumi paliek tālākai izvērtēšanai. Norakstā nav fiksēts balsojums, konkrēts izpildītājs vai apstiprināts izdevumu apmērs.</w:t>
      </w:r>
    </w:p>
    <w:p w14:paraId="171CA858" w14:textId="658094E2" w:rsidR="00612BD7" w:rsidRPr="00F43624" w:rsidRDefault="003F7A23" w:rsidP="00F43624">
      <w:pPr>
        <w:pStyle w:val="Virsraksts1"/>
        <w:spacing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3.</w:t>
      </w:r>
      <w:r w:rsidR="005F7241" w:rsidRPr="00F43624">
        <w:rPr>
          <w:rFonts w:ascii="Times New Roman" w:hAnsi="Times New Roman" w:cs="Times New Roman"/>
          <w:sz w:val="24"/>
          <w:szCs w:val="24"/>
          <w:lang w:val="lv-LV"/>
        </w:rPr>
        <w:t>Jautājums par Armanda Sīlīša atbrīvošanu</w:t>
      </w:r>
    </w:p>
    <w:p w14:paraId="4172E873" w14:textId="78405F0D" w:rsidR="00612BD7" w:rsidRPr="00F43624"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b/>
          <w:sz w:val="24"/>
          <w:szCs w:val="24"/>
          <w:lang w:val="lv-LV"/>
        </w:rPr>
        <w:t>Ziņoja</w:t>
      </w:r>
      <w:r w:rsidR="003F7A23">
        <w:rPr>
          <w:rFonts w:ascii="Times New Roman" w:hAnsi="Times New Roman" w:cs="Times New Roman"/>
          <w:b/>
          <w:sz w:val="24"/>
          <w:szCs w:val="24"/>
          <w:lang w:val="lv-LV"/>
        </w:rPr>
        <w:t>:</w:t>
      </w:r>
      <w:r w:rsidRPr="00F43624">
        <w:rPr>
          <w:rFonts w:ascii="Times New Roman" w:hAnsi="Times New Roman" w:cs="Times New Roman"/>
          <w:b/>
          <w:sz w:val="24"/>
          <w:szCs w:val="24"/>
          <w:lang w:val="lv-LV"/>
        </w:rPr>
        <w:t xml:space="preserve"> </w:t>
      </w:r>
      <w:r w:rsidRPr="00F43624">
        <w:rPr>
          <w:rFonts w:ascii="Times New Roman" w:hAnsi="Times New Roman" w:cs="Times New Roman"/>
          <w:sz w:val="24"/>
          <w:szCs w:val="24"/>
          <w:lang w:val="lv-LV"/>
        </w:rPr>
        <w:t>Armands Sīlītis informēja par iesniegumu izbeigt darbu Cēsu pilsētas iedzīvotāju padomē pēc paša vēlēšanās. Viņš paskaidroja, ka pieaugusī darba slodze neļauj veltīt padomes darbam nepieciešamo laiku. Viņš pauda gatavību turpmāk sniegt konsultācijas un palīdzēt ar platformas “Manas Cēsis” administrēšanu.</w:t>
      </w:r>
    </w:p>
    <w:p w14:paraId="7EFDE817" w14:textId="3133A2AC" w:rsidR="0048571D"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b/>
          <w:sz w:val="24"/>
          <w:szCs w:val="24"/>
          <w:lang w:val="lv-LV"/>
        </w:rPr>
        <w:t>Lēmums un balsojums</w:t>
      </w:r>
      <w:r w:rsidR="003F7A23">
        <w:rPr>
          <w:rFonts w:ascii="Times New Roman" w:hAnsi="Times New Roman" w:cs="Times New Roman"/>
          <w:b/>
          <w:sz w:val="24"/>
          <w:szCs w:val="24"/>
          <w:lang w:val="lv-LV"/>
        </w:rPr>
        <w:t>:</w:t>
      </w:r>
      <w:r w:rsidRPr="00F43624">
        <w:rPr>
          <w:rFonts w:ascii="Times New Roman" w:hAnsi="Times New Roman" w:cs="Times New Roman"/>
          <w:b/>
          <w:sz w:val="24"/>
          <w:szCs w:val="24"/>
          <w:lang w:val="lv-LV"/>
        </w:rPr>
        <w:t xml:space="preserve"> </w:t>
      </w:r>
      <w:r w:rsidRPr="00F43624">
        <w:rPr>
          <w:rFonts w:ascii="Times New Roman" w:hAnsi="Times New Roman" w:cs="Times New Roman"/>
          <w:sz w:val="24"/>
          <w:szCs w:val="24"/>
          <w:lang w:val="lv-LV"/>
        </w:rPr>
        <w:t xml:space="preserve">pieņemts lēmums par </w:t>
      </w:r>
      <w:r w:rsidR="009B78FB">
        <w:rPr>
          <w:rFonts w:ascii="Times New Roman" w:hAnsi="Times New Roman" w:cs="Times New Roman"/>
          <w:sz w:val="24"/>
          <w:szCs w:val="24"/>
          <w:lang w:val="lv-LV"/>
        </w:rPr>
        <w:t xml:space="preserve">Armanda Sīlīša </w:t>
      </w:r>
      <w:r w:rsidRPr="00F43624">
        <w:rPr>
          <w:rFonts w:ascii="Times New Roman" w:hAnsi="Times New Roman" w:cs="Times New Roman"/>
          <w:sz w:val="24"/>
          <w:szCs w:val="24"/>
          <w:lang w:val="lv-LV"/>
        </w:rPr>
        <w:t>atbrīvošanu no padomes locekļa</w:t>
      </w:r>
      <w:r w:rsidR="0048571D">
        <w:rPr>
          <w:rFonts w:ascii="Times New Roman" w:hAnsi="Times New Roman" w:cs="Times New Roman"/>
          <w:sz w:val="24"/>
          <w:szCs w:val="24"/>
          <w:lang w:val="lv-LV"/>
        </w:rPr>
        <w:t xml:space="preserve"> un padomes priekšsēdētāja</w:t>
      </w:r>
      <w:r w:rsidRPr="00F43624">
        <w:rPr>
          <w:rFonts w:ascii="Times New Roman" w:hAnsi="Times New Roman" w:cs="Times New Roman"/>
          <w:sz w:val="24"/>
          <w:szCs w:val="24"/>
          <w:lang w:val="lv-LV"/>
        </w:rPr>
        <w:t xml:space="preserve"> pienākumu pildīšanas</w:t>
      </w:r>
    </w:p>
    <w:p w14:paraId="704C4B42" w14:textId="1F121391" w:rsidR="00612BD7" w:rsidRPr="00F43624"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balsis par</w:t>
      </w:r>
      <w:r w:rsidR="0048571D">
        <w:rPr>
          <w:rFonts w:ascii="Times New Roman" w:hAnsi="Times New Roman" w:cs="Times New Roman"/>
          <w:sz w:val="24"/>
          <w:szCs w:val="24"/>
          <w:lang w:val="lv-LV"/>
        </w:rPr>
        <w:t xml:space="preserve"> - 5</w:t>
      </w:r>
      <w:r w:rsidRPr="00F43624">
        <w:rPr>
          <w:rFonts w:ascii="Times New Roman" w:hAnsi="Times New Roman" w:cs="Times New Roman"/>
          <w:sz w:val="24"/>
          <w:szCs w:val="24"/>
          <w:lang w:val="lv-LV"/>
        </w:rPr>
        <w:t>, pret</w:t>
      </w:r>
      <w:r w:rsidR="0048571D">
        <w:rPr>
          <w:rFonts w:ascii="Times New Roman" w:hAnsi="Times New Roman" w:cs="Times New Roman"/>
          <w:sz w:val="24"/>
          <w:szCs w:val="24"/>
          <w:lang w:val="lv-LV"/>
        </w:rPr>
        <w:t xml:space="preserve"> - 0</w:t>
      </w:r>
      <w:r w:rsidRPr="00F43624">
        <w:rPr>
          <w:rFonts w:ascii="Times New Roman" w:hAnsi="Times New Roman" w:cs="Times New Roman"/>
          <w:sz w:val="24"/>
          <w:szCs w:val="24"/>
          <w:lang w:val="lv-LV"/>
        </w:rPr>
        <w:t xml:space="preserve"> un atturas</w:t>
      </w:r>
      <w:r w:rsidR="0048571D">
        <w:rPr>
          <w:rFonts w:ascii="Times New Roman" w:hAnsi="Times New Roman" w:cs="Times New Roman"/>
          <w:sz w:val="24"/>
          <w:szCs w:val="24"/>
          <w:lang w:val="lv-LV"/>
        </w:rPr>
        <w:t xml:space="preserve"> - </w:t>
      </w:r>
      <w:r w:rsidR="00321556">
        <w:rPr>
          <w:rFonts w:ascii="Times New Roman" w:hAnsi="Times New Roman" w:cs="Times New Roman"/>
          <w:sz w:val="24"/>
          <w:szCs w:val="24"/>
          <w:lang w:val="lv-LV"/>
        </w:rPr>
        <w:t>1</w:t>
      </w:r>
    </w:p>
    <w:p w14:paraId="39F007C1" w14:textId="619848F0" w:rsidR="00612BD7" w:rsidRPr="00F43624" w:rsidRDefault="0028776F" w:rsidP="00F43624">
      <w:pPr>
        <w:pStyle w:val="Virsraksts1"/>
        <w:spacing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4. </w:t>
      </w:r>
      <w:r w:rsidR="005F7241" w:rsidRPr="00F43624">
        <w:rPr>
          <w:rFonts w:ascii="Times New Roman" w:hAnsi="Times New Roman" w:cs="Times New Roman"/>
          <w:sz w:val="24"/>
          <w:szCs w:val="24"/>
          <w:lang w:val="lv-LV"/>
        </w:rPr>
        <w:t>Izmaiņas padomes sastāvā</w:t>
      </w:r>
    </w:p>
    <w:p w14:paraId="48665CCA" w14:textId="32C07588" w:rsidR="00612BD7" w:rsidRPr="00F43624"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 xml:space="preserve">Sēdes plānā kā nākamā kandidāte atbilstoši vēlēšanu rezultātiem norādīta Liesma Lasmane. </w:t>
      </w:r>
      <w:r w:rsidR="008F27D0">
        <w:rPr>
          <w:rFonts w:ascii="Times New Roman" w:hAnsi="Times New Roman" w:cs="Times New Roman"/>
          <w:sz w:val="24"/>
          <w:szCs w:val="24"/>
          <w:lang w:val="lv-LV"/>
        </w:rPr>
        <w:t xml:space="preserve">Klātesošs ir </w:t>
      </w:r>
      <w:r w:rsidRPr="00F43624">
        <w:rPr>
          <w:rFonts w:ascii="Times New Roman" w:hAnsi="Times New Roman" w:cs="Times New Roman"/>
          <w:sz w:val="24"/>
          <w:szCs w:val="24"/>
          <w:lang w:val="lv-LV"/>
        </w:rPr>
        <w:t xml:space="preserve">arī Jānis Andersons. </w:t>
      </w:r>
    </w:p>
    <w:p w14:paraId="1A029DE2" w14:textId="76DF5470" w:rsidR="00612BD7" w:rsidRPr="00F43624"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b/>
          <w:sz w:val="24"/>
          <w:szCs w:val="24"/>
          <w:lang w:val="lv-LV"/>
        </w:rPr>
        <w:t>Rezultāts</w:t>
      </w:r>
      <w:r w:rsidR="0028776F">
        <w:rPr>
          <w:rFonts w:ascii="Times New Roman" w:hAnsi="Times New Roman" w:cs="Times New Roman"/>
          <w:b/>
          <w:sz w:val="24"/>
          <w:szCs w:val="24"/>
          <w:lang w:val="lv-LV"/>
        </w:rPr>
        <w:t xml:space="preserve">: </w:t>
      </w:r>
      <w:r w:rsidR="0028776F" w:rsidRPr="0028776F">
        <w:rPr>
          <w:rFonts w:ascii="Times New Roman" w:hAnsi="Times New Roman" w:cs="Times New Roman"/>
          <w:bCs/>
          <w:sz w:val="24"/>
          <w:szCs w:val="24"/>
          <w:lang w:val="lv-LV"/>
        </w:rPr>
        <w:t>Abi kandidāti savu līdzdalību padomē apdomās līdz nākamajai sēdei.</w:t>
      </w:r>
    </w:p>
    <w:p w14:paraId="716F9B2D" w14:textId="65BE6A46" w:rsidR="00612BD7" w:rsidRPr="00F43624" w:rsidRDefault="0028776F" w:rsidP="00F43624">
      <w:pPr>
        <w:pStyle w:val="Virsraksts1"/>
        <w:spacing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5. </w:t>
      </w:r>
      <w:r w:rsidR="005F7241" w:rsidRPr="00F43624">
        <w:rPr>
          <w:rFonts w:ascii="Times New Roman" w:hAnsi="Times New Roman" w:cs="Times New Roman"/>
          <w:sz w:val="24"/>
          <w:szCs w:val="24"/>
          <w:lang w:val="lv-LV"/>
        </w:rPr>
        <w:t>Padomes priekšsēdētāja ievēlēšana</w:t>
      </w:r>
    </w:p>
    <w:p w14:paraId="09D6985B" w14:textId="77777777" w:rsidR="00C127B9"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 xml:space="preserve">Sēdes plānā paredzēta kandidātu izvirzīšana un balsojums par priekšsēdētāju. </w:t>
      </w:r>
    </w:p>
    <w:p w14:paraId="7E425729" w14:textId="1E1E7B7D" w:rsidR="00873BC9" w:rsidRPr="00252CB8" w:rsidRDefault="00C127B9" w:rsidP="00F43624">
      <w:pPr>
        <w:spacing w:line="240" w:lineRule="auto"/>
        <w:jc w:val="both"/>
        <w:rPr>
          <w:rFonts w:ascii="Times New Roman" w:eastAsia="Times New Roman" w:hAnsi="Times New Roman" w:cs="Times New Roman"/>
          <w:sz w:val="24"/>
          <w:szCs w:val="24"/>
          <w:lang w:val="lv-LV"/>
        </w:rPr>
      </w:pPr>
      <w:r w:rsidRPr="00F43624">
        <w:rPr>
          <w:rFonts w:ascii="Times New Roman" w:eastAsia="Times New Roman" w:hAnsi="Times New Roman" w:cs="Times New Roman"/>
          <w:sz w:val="24"/>
          <w:szCs w:val="24"/>
          <w:lang w:val="lv-LV"/>
        </w:rPr>
        <w:t>Armands Sīlītis</w:t>
      </w:r>
      <w:r>
        <w:rPr>
          <w:rFonts w:ascii="Times New Roman" w:eastAsia="Times New Roman" w:hAnsi="Times New Roman" w:cs="Times New Roman"/>
          <w:sz w:val="24"/>
          <w:szCs w:val="24"/>
          <w:lang w:val="lv-LV"/>
        </w:rPr>
        <w:t xml:space="preserve"> izvirza Tatjanas Bernhardes kandidatūru, kam piebalso arī</w:t>
      </w:r>
      <w:r w:rsidRPr="00F43624">
        <w:rPr>
          <w:rFonts w:ascii="Times New Roman" w:eastAsia="Times New Roman" w:hAnsi="Times New Roman" w:cs="Times New Roman"/>
          <w:sz w:val="24"/>
          <w:szCs w:val="24"/>
          <w:lang w:val="lv-LV"/>
        </w:rPr>
        <w:t xml:space="preserve"> Oksana Zariņa-Jarohoviča,</w:t>
      </w:r>
      <w:r w:rsidRPr="00F43624">
        <w:rPr>
          <w:rFonts w:ascii="Times New Roman" w:hAnsi="Times New Roman" w:cs="Times New Roman"/>
          <w:sz w:val="24"/>
          <w:szCs w:val="24"/>
          <w:lang w:val="lv-LV"/>
        </w:rPr>
        <w:t xml:space="preserve"> </w:t>
      </w:r>
      <w:r w:rsidRPr="00F43624">
        <w:rPr>
          <w:rFonts w:ascii="Times New Roman" w:eastAsia="Times New Roman" w:hAnsi="Times New Roman" w:cs="Times New Roman"/>
          <w:sz w:val="24"/>
          <w:szCs w:val="24"/>
          <w:lang w:val="lv-LV"/>
        </w:rPr>
        <w:t>Edmunds Jansons, Kristīne Auniņa</w:t>
      </w:r>
      <w:r w:rsidR="003E5604">
        <w:rPr>
          <w:rFonts w:ascii="Times New Roman" w:eastAsia="Times New Roman" w:hAnsi="Times New Roman" w:cs="Times New Roman"/>
          <w:sz w:val="24"/>
          <w:szCs w:val="24"/>
          <w:lang w:val="lv-LV"/>
        </w:rPr>
        <w:t>.</w:t>
      </w:r>
    </w:p>
    <w:p w14:paraId="61CD81F6" w14:textId="1C69AD69" w:rsidR="00652D4C" w:rsidRPr="00252CB8" w:rsidRDefault="005F7241" w:rsidP="003E5604">
      <w:pPr>
        <w:spacing w:line="240" w:lineRule="auto"/>
        <w:jc w:val="both"/>
        <w:rPr>
          <w:rFonts w:ascii="Times New Roman" w:hAnsi="Times New Roman" w:cs="Times New Roman"/>
          <w:sz w:val="24"/>
          <w:szCs w:val="24"/>
          <w:lang w:val="lv-LV"/>
        </w:rPr>
      </w:pPr>
      <w:r w:rsidRPr="00F43624">
        <w:rPr>
          <w:rFonts w:ascii="Times New Roman" w:hAnsi="Times New Roman" w:cs="Times New Roman"/>
          <w:b/>
          <w:sz w:val="24"/>
          <w:szCs w:val="24"/>
          <w:lang w:val="lv-LV"/>
        </w:rPr>
        <w:t>Kandidāti</w:t>
      </w:r>
      <w:r w:rsidR="00873BC9">
        <w:rPr>
          <w:rFonts w:ascii="Times New Roman" w:hAnsi="Times New Roman" w:cs="Times New Roman"/>
          <w:b/>
          <w:sz w:val="24"/>
          <w:szCs w:val="24"/>
          <w:lang w:val="lv-LV"/>
        </w:rPr>
        <w:t xml:space="preserve">, lēmums </w:t>
      </w:r>
      <w:r w:rsidRPr="00F43624">
        <w:rPr>
          <w:rFonts w:ascii="Times New Roman" w:hAnsi="Times New Roman" w:cs="Times New Roman"/>
          <w:b/>
          <w:sz w:val="24"/>
          <w:szCs w:val="24"/>
          <w:lang w:val="lv-LV"/>
        </w:rPr>
        <w:t>un balsojums</w:t>
      </w:r>
      <w:r w:rsidR="00171BBC">
        <w:rPr>
          <w:rFonts w:ascii="Times New Roman" w:hAnsi="Times New Roman" w:cs="Times New Roman"/>
          <w:b/>
          <w:sz w:val="24"/>
          <w:szCs w:val="24"/>
          <w:lang w:val="lv-LV"/>
        </w:rPr>
        <w:t xml:space="preserve">: </w:t>
      </w:r>
      <w:r w:rsidR="00C004E6">
        <w:rPr>
          <w:rFonts w:ascii="Times New Roman" w:hAnsi="Times New Roman" w:cs="Times New Roman"/>
          <w:b/>
          <w:sz w:val="24"/>
          <w:szCs w:val="24"/>
          <w:lang w:val="lv-LV"/>
        </w:rPr>
        <w:t xml:space="preserve"> </w:t>
      </w:r>
      <w:r w:rsidR="00055043">
        <w:rPr>
          <w:rFonts w:ascii="Times New Roman" w:hAnsi="Times New Roman" w:cs="Times New Roman"/>
          <w:bCs/>
          <w:sz w:val="24"/>
          <w:szCs w:val="24"/>
          <w:lang w:val="lv-LV"/>
        </w:rPr>
        <w:t>I</w:t>
      </w:r>
      <w:r w:rsidR="00171BBC" w:rsidRPr="00652D4C">
        <w:rPr>
          <w:rFonts w:ascii="Times New Roman" w:hAnsi="Times New Roman" w:cs="Times New Roman"/>
          <w:bCs/>
          <w:sz w:val="24"/>
          <w:szCs w:val="24"/>
          <w:lang w:val="lv-LV"/>
        </w:rPr>
        <w:t>zvirzītais kandidāts iedzīvotāju padomes priekšsēdētāja amatam</w:t>
      </w:r>
      <w:r w:rsidR="00652D4C" w:rsidRPr="00652D4C">
        <w:rPr>
          <w:rFonts w:ascii="Times New Roman" w:hAnsi="Times New Roman" w:cs="Times New Roman"/>
          <w:bCs/>
          <w:sz w:val="24"/>
          <w:szCs w:val="24"/>
          <w:lang w:val="lv-LV"/>
        </w:rPr>
        <w:t xml:space="preserve"> Tatjana Bernharde</w:t>
      </w:r>
      <w:r w:rsidR="008F27D0">
        <w:rPr>
          <w:rFonts w:ascii="Times New Roman" w:hAnsi="Times New Roman" w:cs="Times New Roman"/>
          <w:bCs/>
          <w:sz w:val="24"/>
          <w:szCs w:val="24"/>
          <w:lang w:val="lv-LV"/>
        </w:rPr>
        <w:t>.</w:t>
      </w:r>
      <w:r w:rsidRPr="00252CB8">
        <w:rPr>
          <w:rFonts w:ascii="Times New Roman" w:hAnsi="Times New Roman" w:cs="Times New Roman"/>
          <w:sz w:val="24"/>
          <w:szCs w:val="24"/>
          <w:lang w:val="lv-LV"/>
        </w:rPr>
        <w:t xml:space="preserve"> </w:t>
      </w:r>
    </w:p>
    <w:p w14:paraId="7364E7AF" w14:textId="77777777" w:rsidR="004D2D01" w:rsidRDefault="00C40C68" w:rsidP="003E5604">
      <w:pPr>
        <w:spacing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Balsošanas brīdī </w:t>
      </w:r>
      <w:r w:rsidR="004D2D01">
        <w:rPr>
          <w:rFonts w:ascii="Times New Roman" w:hAnsi="Times New Roman" w:cs="Times New Roman"/>
          <w:sz w:val="24"/>
          <w:szCs w:val="24"/>
          <w:lang w:val="lv-LV"/>
        </w:rPr>
        <w:t>sēdē piedalās pieci padomes locekļi.</w:t>
      </w:r>
    </w:p>
    <w:p w14:paraId="67E07B1F" w14:textId="109695E1" w:rsidR="00652D4C" w:rsidRDefault="001D0ADF" w:rsidP="003E5604">
      <w:pPr>
        <w:spacing w:line="240" w:lineRule="auto"/>
        <w:jc w:val="both"/>
        <w:rPr>
          <w:rFonts w:ascii="Times New Roman" w:hAnsi="Times New Roman" w:cs="Times New Roman"/>
          <w:b/>
          <w:sz w:val="24"/>
          <w:szCs w:val="24"/>
          <w:lang w:val="lv-LV"/>
        </w:rPr>
      </w:pPr>
      <w:r>
        <w:rPr>
          <w:rFonts w:ascii="Times New Roman" w:hAnsi="Times New Roman" w:cs="Times New Roman"/>
          <w:sz w:val="24"/>
          <w:szCs w:val="24"/>
          <w:lang w:val="lv-LV"/>
        </w:rPr>
        <w:t>Pieņemts</w:t>
      </w:r>
      <w:r w:rsidR="00873BC9">
        <w:rPr>
          <w:rFonts w:ascii="Times New Roman" w:hAnsi="Times New Roman" w:cs="Times New Roman"/>
          <w:sz w:val="24"/>
          <w:szCs w:val="24"/>
          <w:lang w:val="lv-LV"/>
        </w:rPr>
        <w:t xml:space="preserve"> lēmums par </w:t>
      </w:r>
      <w:r w:rsidR="006D14FD">
        <w:rPr>
          <w:rFonts w:ascii="Times New Roman" w:hAnsi="Times New Roman" w:cs="Times New Roman"/>
          <w:sz w:val="24"/>
          <w:szCs w:val="24"/>
          <w:lang w:val="lv-LV"/>
        </w:rPr>
        <w:t>Tatjanas Bernhardes ievēlēšanu</w:t>
      </w:r>
      <w:r w:rsidR="00652D4C" w:rsidRPr="00F43624">
        <w:rPr>
          <w:rFonts w:ascii="Times New Roman" w:hAnsi="Times New Roman" w:cs="Times New Roman"/>
          <w:sz w:val="24"/>
          <w:szCs w:val="24"/>
          <w:lang w:val="lv-LV"/>
        </w:rPr>
        <w:t xml:space="preserve"> </w:t>
      </w:r>
      <w:r w:rsidR="00652D4C">
        <w:rPr>
          <w:rFonts w:ascii="Times New Roman" w:hAnsi="Times New Roman" w:cs="Times New Roman"/>
          <w:sz w:val="24"/>
          <w:szCs w:val="24"/>
          <w:lang w:val="lv-LV"/>
        </w:rPr>
        <w:t>padomes priekšsēdētāja</w:t>
      </w:r>
      <w:r w:rsidR="00652D4C" w:rsidRPr="00F43624">
        <w:rPr>
          <w:rFonts w:ascii="Times New Roman" w:hAnsi="Times New Roman" w:cs="Times New Roman"/>
          <w:sz w:val="24"/>
          <w:szCs w:val="24"/>
          <w:lang w:val="lv-LV"/>
        </w:rPr>
        <w:t xml:space="preserve"> </w:t>
      </w:r>
      <w:r w:rsidR="006D14FD">
        <w:rPr>
          <w:rFonts w:ascii="Times New Roman" w:hAnsi="Times New Roman" w:cs="Times New Roman"/>
          <w:sz w:val="24"/>
          <w:szCs w:val="24"/>
          <w:lang w:val="lv-LV"/>
        </w:rPr>
        <w:t>amatā</w:t>
      </w:r>
      <w:r w:rsidR="00252CB8">
        <w:rPr>
          <w:rFonts w:ascii="Times New Roman" w:hAnsi="Times New Roman" w:cs="Times New Roman"/>
          <w:sz w:val="24"/>
          <w:szCs w:val="24"/>
          <w:lang w:val="lv-LV"/>
        </w:rPr>
        <w:t>:</w:t>
      </w:r>
    </w:p>
    <w:p w14:paraId="3DFCA780" w14:textId="4C298ADD" w:rsidR="003E5604" w:rsidRPr="00F43624" w:rsidRDefault="003E5604" w:rsidP="003E5604">
      <w:pPr>
        <w:spacing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balsis par</w:t>
      </w:r>
      <w:r>
        <w:rPr>
          <w:rFonts w:ascii="Times New Roman" w:hAnsi="Times New Roman" w:cs="Times New Roman"/>
          <w:sz w:val="24"/>
          <w:szCs w:val="24"/>
          <w:lang w:val="lv-LV"/>
        </w:rPr>
        <w:t xml:space="preserve"> - </w:t>
      </w:r>
      <w:r w:rsidR="009B78FB">
        <w:rPr>
          <w:rFonts w:ascii="Times New Roman" w:hAnsi="Times New Roman" w:cs="Times New Roman"/>
          <w:sz w:val="24"/>
          <w:szCs w:val="24"/>
          <w:lang w:val="lv-LV"/>
        </w:rPr>
        <w:t>4</w:t>
      </w:r>
      <w:r w:rsidRPr="00F43624">
        <w:rPr>
          <w:rFonts w:ascii="Times New Roman" w:hAnsi="Times New Roman" w:cs="Times New Roman"/>
          <w:sz w:val="24"/>
          <w:szCs w:val="24"/>
          <w:lang w:val="lv-LV"/>
        </w:rPr>
        <w:t>, pret</w:t>
      </w:r>
      <w:r>
        <w:rPr>
          <w:rFonts w:ascii="Times New Roman" w:hAnsi="Times New Roman" w:cs="Times New Roman"/>
          <w:sz w:val="24"/>
          <w:szCs w:val="24"/>
          <w:lang w:val="lv-LV"/>
        </w:rPr>
        <w:t xml:space="preserve"> - 0</w:t>
      </w:r>
      <w:r w:rsidRPr="00F43624">
        <w:rPr>
          <w:rFonts w:ascii="Times New Roman" w:hAnsi="Times New Roman" w:cs="Times New Roman"/>
          <w:sz w:val="24"/>
          <w:szCs w:val="24"/>
          <w:lang w:val="lv-LV"/>
        </w:rPr>
        <w:t xml:space="preserve"> un atturas</w:t>
      </w:r>
      <w:r>
        <w:rPr>
          <w:rFonts w:ascii="Times New Roman" w:hAnsi="Times New Roman" w:cs="Times New Roman"/>
          <w:sz w:val="24"/>
          <w:szCs w:val="24"/>
          <w:lang w:val="lv-LV"/>
        </w:rPr>
        <w:t xml:space="preserve"> - </w:t>
      </w:r>
      <w:r w:rsidR="00652D4C">
        <w:rPr>
          <w:rFonts w:ascii="Times New Roman" w:hAnsi="Times New Roman" w:cs="Times New Roman"/>
          <w:sz w:val="24"/>
          <w:szCs w:val="24"/>
          <w:lang w:val="lv-LV"/>
        </w:rPr>
        <w:t>1</w:t>
      </w:r>
    </w:p>
    <w:p w14:paraId="76337E59" w14:textId="20B2B716" w:rsidR="00612BD7" w:rsidRPr="00F43624" w:rsidRDefault="00612BD7" w:rsidP="00F43624">
      <w:pPr>
        <w:spacing w:line="240" w:lineRule="auto"/>
        <w:jc w:val="both"/>
        <w:rPr>
          <w:rFonts w:ascii="Times New Roman" w:hAnsi="Times New Roman" w:cs="Times New Roman"/>
          <w:sz w:val="24"/>
          <w:szCs w:val="24"/>
          <w:lang w:val="lv-LV"/>
        </w:rPr>
      </w:pPr>
    </w:p>
    <w:p w14:paraId="308321DB" w14:textId="77777777" w:rsidR="00612BD7" w:rsidRPr="00F43624" w:rsidRDefault="005F7241" w:rsidP="00F43624">
      <w:pPr>
        <w:pStyle w:val="Virsraksts1"/>
        <w:spacing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lastRenderedPageBreak/>
        <w:t>Citi jautājumi un sēdes slēgšana</w:t>
      </w:r>
    </w:p>
    <w:p w14:paraId="31B69C69" w14:textId="0C188BE6" w:rsidR="00612BD7" w:rsidRPr="00F43624"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Brīvā mikrofona jautājumi un sēdes slēgšanas laiks</w:t>
      </w:r>
      <w:r w:rsidR="004A07F8">
        <w:rPr>
          <w:rFonts w:ascii="Times New Roman" w:hAnsi="Times New Roman" w:cs="Times New Roman"/>
          <w:sz w:val="24"/>
          <w:szCs w:val="24"/>
          <w:lang w:val="lv-LV"/>
        </w:rPr>
        <w:t xml:space="preserve"> plkst.20:15</w:t>
      </w:r>
      <w:r w:rsidRPr="00F43624">
        <w:rPr>
          <w:rFonts w:ascii="Times New Roman" w:hAnsi="Times New Roman" w:cs="Times New Roman"/>
          <w:sz w:val="24"/>
          <w:szCs w:val="24"/>
          <w:lang w:val="lv-LV"/>
        </w:rPr>
        <w:t>.</w:t>
      </w:r>
    </w:p>
    <w:p w14:paraId="62714D22" w14:textId="77777777" w:rsidR="00C35699" w:rsidRDefault="00C35699" w:rsidP="00F43624">
      <w:pPr>
        <w:spacing w:line="240" w:lineRule="auto"/>
        <w:jc w:val="both"/>
        <w:rPr>
          <w:rFonts w:ascii="Times New Roman" w:hAnsi="Times New Roman" w:cs="Times New Roman"/>
          <w:sz w:val="24"/>
          <w:szCs w:val="24"/>
          <w:lang w:val="lv-LV"/>
        </w:rPr>
      </w:pPr>
    </w:p>
    <w:p w14:paraId="34574F19" w14:textId="1482543E" w:rsidR="00C004E6"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Sēdes vadītājs</w:t>
      </w:r>
      <w:r w:rsidR="00C004E6">
        <w:rPr>
          <w:rFonts w:ascii="Times New Roman" w:hAnsi="Times New Roman" w:cs="Times New Roman"/>
          <w:sz w:val="24"/>
          <w:szCs w:val="24"/>
          <w:lang w:val="lv-LV"/>
        </w:rPr>
        <w:t>:</w:t>
      </w:r>
      <w:r w:rsidRPr="00F43624">
        <w:rPr>
          <w:rFonts w:ascii="Times New Roman" w:hAnsi="Times New Roman" w:cs="Times New Roman"/>
          <w:sz w:val="24"/>
          <w:szCs w:val="24"/>
          <w:lang w:val="lv-LV"/>
        </w:rPr>
        <w:t xml:space="preserve">  </w:t>
      </w:r>
      <w:r w:rsidR="00C004E6">
        <w:rPr>
          <w:rFonts w:ascii="Times New Roman" w:hAnsi="Times New Roman" w:cs="Times New Roman"/>
          <w:sz w:val="24"/>
          <w:szCs w:val="24"/>
          <w:lang w:val="lv-LV"/>
        </w:rPr>
        <w:t>Armands Sīlītis</w:t>
      </w:r>
      <w:r w:rsidRPr="00F43624">
        <w:rPr>
          <w:rFonts w:ascii="Times New Roman" w:hAnsi="Times New Roman" w:cs="Times New Roman"/>
          <w:sz w:val="24"/>
          <w:szCs w:val="24"/>
          <w:lang w:val="lv-LV"/>
        </w:rPr>
        <w:t xml:space="preserve">    </w:t>
      </w:r>
    </w:p>
    <w:p w14:paraId="6B176413" w14:textId="744BA5AF" w:rsidR="00612BD7" w:rsidRPr="00F43624" w:rsidRDefault="005F7241" w:rsidP="00F43624">
      <w:pPr>
        <w:spacing w:line="240" w:lineRule="auto"/>
        <w:jc w:val="both"/>
        <w:rPr>
          <w:rFonts w:ascii="Times New Roman" w:hAnsi="Times New Roman" w:cs="Times New Roman"/>
          <w:sz w:val="24"/>
          <w:szCs w:val="24"/>
          <w:lang w:val="lv-LV"/>
        </w:rPr>
      </w:pPr>
      <w:r w:rsidRPr="00F43624">
        <w:rPr>
          <w:rFonts w:ascii="Times New Roman" w:hAnsi="Times New Roman" w:cs="Times New Roman"/>
          <w:sz w:val="24"/>
          <w:szCs w:val="24"/>
          <w:lang w:val="lv-LV"/>
        </w:rPr>
        <w:t>Protokolētājs</w:t>
      </w:r>
      <w:r w:rsidR="00C004E6">
        <w:rPr>
          <w:rFonts w:ascii="Times New Roman" w:hAnsi="Times New Roman" w:cs="Times New Roman"/>
          <w:sz w:val="24"/>
          <w:szCs w:val="24"/>
          <w:lang w:val="lv-LV"/>
        </w:rPr>
        <w:t>:</w:t>
      </w:r>
      <w:r w:rsidRPr="00F43624">
        <w:rPr>
          <w:rFonts w:ascii="Times New Roman" w:hAnsi="Times New Roman" w:cs="Times New Roman"/>
          <w:sz w:val="24"/>
          <w:szCs w:val="24"/>
          <w:lang w:val="lv-LV"/>
        </w:rPr>
        <w:t xml:space="preserve">  </w:t>
      </w:r>
      <w:r w:rsidR="00656428">
        <w:rPr>
          <w:rFonts w:ascii="Times New Roman" w:hAnsi="Times New Roman" w:cs="Times New Roman"/>
          <w:sz w:val="24"/>
          <w:szCs w:val="24"/>
          <w:lang w:val="lv-LV"/>
        </w:rPr>
        <w:t>Kristīne Auniņa</w:t>
      </w:r>
    </w:p>
    <w:sectPr w:rsidR="00612BD7" w:rsidRPr="00F43624" w:rsidSect="00034616">
      <w:footerReference w:type="default" r:id="rId9"/>
      <w:pgSz w:w="12240" w:h="15840"/>
      <w:pgMar w:top="965" w:right="1224" w:bottom="907"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CC577" w14:textId="77777777" w:rsidR="006636C3" w:rsidRDefault="006636C3">
      <w:pPr>
        <w:spacing w:after="0" w:line="240" w:lineRule="auto"/>
      </w:pPr>
      <w:r>
        <w:separator/>
      </w:r>
    </w:p>
  </w:endnote>
  <w:endnote w:type="continuationSeparator" w:id="0">
    <w:p w14:paraId="29CF6813" w14:textId="77777777" w:rsidR="006636C3" w:rsidRDefault="00663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AD5AF" w14:textId="6A95B092" w:rsidR="00612BD7" w:rsidRDefault="00612BD7">
    <w:pPr>
      <w:pStyle w:val="Kjen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7F598" w14:textId="77777777" w:rsidR="006636C3" w:rsidRDefault="006636C3">
      <w:pPr>
        <w:spacing w:after="0" w:line="240" w:lineRule="auto"/>
      </w:pPr>
      <w:r>
        <w:separator/>
      </w:r>
    </w:p>
  </w:footnote>
  <w:footnote w:type="continuationSeparator" w:id="0">
    <w:p w14:paraId="661E8DB9" w14:textId="77777777" w:rsidR="006636C3" w:rsidRDefault="006636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arakstanumur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arakstanumur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arakstaaizzm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arakstaaizzm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arakstanumur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arakstaaizzme"/>
      <w:lvlText w:val=""/>
      <w:lvlJc w:val="left"/>
      <w:pPr>
        <w:tabs>
          <w:tab w:val="num" w:pos="360"/>
        </w:tabs>
        <w:ind w:left="360" w:hanging="360"/>
      </w:pPr>
      <w:rPr>
        <w:rFonts w:ascii="Symbol" w:hAnsi="Symbol" w:hint="default"/>
      </w:rPr>
    </w:lvl>
  </w:abstractNum>
  <w:abstractNum w:abstractNumId="9" w15:restartNumberingAfterBreak="0">
    <w:nsid w:val="05B80CD6"/>
    <w:multiLevelType w:val="hybridMultilevel"/>
    <w:tmpl w:val="D5547B8C"/>
    <w:lvl w:ilvl="0" w:tplc="FEBAD9C4">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87A7074"/>
    <w:multiLevelType w:val="hybridMultilevel"/>
    <w:tmpl w:val="A0626E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345745842">
    <w:abstractNumId w:val="8"/>
  </w:num>
  <w:num w:numId="2" w16cid:durableId="411197450">
    <w:abstractNumId w:val="6"/>
  </w:num>
  <w:num w:numId="3" w16cid:durableId="1147166928">
    <w:abstractNumId w:val="5"/>
  </w:num>
  <w:num w:numId="4" w16cid:durableId="1617760526">
    <w:abstractNumId w:val="4"/>
  </w:num>
  <w:num w:numId="5" w16cid:durableId="1451970031">
    <w:abstractNumId w:val="7"/>
  </w:num>
  <w:num w:numId="6" w16cid:durableId="183708344">
    <w:abstractNumId w:val="3"/>
  </w:num>
  <w:num w:numId="7" w16cid:durableId="1738625153">
    <w:abstractNumId w:val="2"/>
  </w:num>
  <w:num w:numId="8" w16cid:durableId="877085390">
    <w:abstractNumId w:val="1"/>
  </w:num>
  <w:num w:numId="9" w16cid:durableId="1596094067">
    <w:abstractNumId w:val="0"/>
  </w:num>
  <w:num w:numId="10" w16cid:durableId="1740707955">
    <w:abstractNumId w:val="10"/>
  </w:num>
  <w:num w:numId="11" w16cid:durableId="9789942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21D0"/>
    <w:rsid w:val="00042C4D"/>
    <w:rsid w:val="00055043"/>
    <w:rsid w:val="0006063C"/>
    <w:rsid w:val="000A278B"/>
    <w:rsid w:val="0015074B"/>
    <w:rsid w:val="00151322"/>
    <w:rsid w:val="00171BBC"/>
    <w:rsid w:val="001D0ADF"/>
    <w:rsid w:val="001D7B6B"/>
    <w:rsid w:val="00252CB8"/>
    <w:rsid w:val="00261C9E"/>
    <w:rsid w:val="0028776F"/>
    <w:rsid w:val="0029639D"/>
    <w:rsid w:val="00301731"/>
    <w:rsid w:val="00321556"/>
    <w:rsid w:val="00326F90"/>
    <w:rsid w:val="00392C50"/>
    <w:rsid w:val="003E5604"/>
    <w:rsid w:val="003F7A23"/>
    <w:rsid w:val="00445441"/>
    <w:rsid w:val="0048571D"/>
    <w:rsid w:val="004908B8"/>
    <w:rsid w:val="004A07F8"/>
    <w:rsid w:val="004D2D01"/>
    <w:rsid w:val="005718D5"/>
    <w:rsid w:val="005F7241"/>
    <w:rsid w:val="00612BD7"/>
    <w:rsid w:val="00652D4C"/>
    <w:rsid w:val="00654E6A"/>
    <w:rsid w:val="00656428"/>
    <w:rsid w:val="006636C3"/>
    <w:rsid w:val="006A4F41"/>
    <w:rsid w:val="006D14FD"/>
    <w:rsid w:val="00873BC9"/>
    <w:rsid w:val="008F27D0"/>
    <w:rsid w:val="009753BB"/>
    <w:rsid w:val="009B78FB"/>
    <w:rsid w:val="009D32D3"/>
    <w:rsid w:val="00A1129D"/>
    <w:rsid w:val="00A30293"/>
    <w:rsid w:val="00A36917"/>
    <w:rsid w:val="00A416A5"/>
    <w:rsid w:val="00A709FD"/>
    <w:rsid w:val="00AA1D8D"/>
    <w:rsid w:val="00B47730"/>
    <w:rsid w:val="00B55872"/>
    <w:rsid w:val="00B60E59"/>
    <w:rsid w:val="00BB006C"/>
    <w:rsid w:val="00BF5FB5"/>
    <w:rsid w:val="00C004E6"/>
    <w:rsid w:val="00C127B9"/>
    <w:rsid w:val="00C35699"/>
    <w:rsid w:val="00C40C68"/>
    <w:rsid w:val="00CB0664"/>
    <w:rsid w:val="00CF7AF6"/>
    <w:rsid w:val="00DC64FC"/>
    <w:rsid w:val="00F2472C"/>
    <w:rsid w:val="00F43624"/>
    <w:rsid w:val="00FC693F"/>
    <w:rsid w:val="00FE5E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A4F08BB-5730-4B0A-909B-5EE6F6517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C693F"/>
    <w:pPr>
      <w:spacing w:after="80" w:line="259" w:lineRule="auto"/>
    </w:pPr>
    <w:rPr>
      <w:rFonts w:ascii="Arial" w:hAnsi="Arial"/>
      <w:color w:val="000000"/>
      <w:sz w:val="20"/>
    </w:rPr>
  </w:style>
  <w:style w:type="paragraph" w:styleId="Virsraksts1">
    <w:name w:val="heading 1"/>
    <w:basedOn w:val="Parasts"/>
    <w:next w:val="Parasts"/>
    <w:link w:val="Virsraksts1Rakstz"/>
    <w:uiPriority w:val="9"/>
    <w:qFormat/>
    <w:rsid w:val="00FC693F"/>
    <w:pPr>
      <w:keepNext/>
      <w:keepLines/>
      <w:spacing w:before="180"/>
      <w:outlineLvl w:val="0"/>
    </w:pPr>
    <w:rPr>
      <w:rFonts w:cstheme="majorBidi"/>
      <w:b/>
      <w:bCs/>
      <w:sz w:val="23"/>
      <w:szCs w:val="28"/>
    </w:rPr>
  </w:style>
  <w:style w:type="paragraph" w:styleId="Virsraksts2">
    <w:name w:val="heading 2"/>
    <w:basedOn w:val="Parasts"/>
    <w:next w:val="Parasts"/>
    <w:link w:val="Virsraksts2Rakstz"/>
    <w:uiPriority w:val="9"/>
    <w:unhideWhenUsed/>
    <w:qFormat/>
    <w:rsid w:val="00FC693F"/>
    <w:pPr>
      <w:keepNext/>
      <w:keepLines/>
      <w:spacing w:before="180" w:after="60"/>
      <w:outlineLvl w:val="1"/>
    </w:pPr>
    <w:rPr>
      <w:rFonts w:cstheme="majorBidi"/>
      <w:b/>
      <w:bCs/>
      <w:szCs w:val="26"/>
    </w:rPr>
  </w:style>
  <w:style w:type="paragraph" w:styleId="Virsraksts3">
    <w:name w:val="heading 3"/>
    <w:basedOn w:val="Parasts"/>
    <w:next w:val="Parasts"/>
    <w:link w:val="Virsraksts3Rakstz"/>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Virsraksts4">
    <w:name w:val="heading 4"/>
    <w:basedOn w:val="Parasts"/>
    <w:next w:val="Parasts"/>
    <w:link w:val="Virsraksts4Rakstz"/>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Virsraksts5">
    <w:name w:val="heading 5"/>
    <w:basedOn w:val="Parasts"/>
    <w:next w:val="Parasts"/>
    <w:link w:val="Virsraksts5Rakstz"/>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Virsraksts6">
    <w:name w:val="heading 6"/>
    <w:basedOn w:val="Parasts"/>
    <w:next w:val="Parasts"/>
    <w:link w:val="Virsraksts6Rakstz"/>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Virsraksts7">
    <w:name w:val="heading 7"/>
    <w:basedOn w:val="Parasts"/>
    <w:next w:val="Parasts"/>
    <w:link w:val="Virsraksts7Rakstz"/>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Virsraksts8">
    <w:name w:val="heading 8"/>
    <w:basedOn w:val="Parasts"/>
    <w:next w:val="Parasts"/>
    <w:link w:val="Virsraksts8Rakstz"/>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Virsraksts9">
    <w:name w:val="heading 9"/>
    <w:basedOn w:val="Parasts"/>
    <w:next w:val="Parasts"/>
    <w:link w:val="Virsraksts9Rakstz"/>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E618BF"/>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E618BF"/>
  </w:style>
  <w:style w:type="paragraph" w:styleId="Kjene">
    <w:name w:val="footer"/>
    <w:basedOn w:val="Parasts"/>
    <w:link w:val="KjeneRakstz"/>
    <w:uiPriority w:val="99"/>
    <w:unhideWhenUsed/>
    <w:rsid w:val="00E618BF"/>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E618BF"/>
  </w:style>
  <w:style w:type="paragraph" w:styleId="Bezatstarpm">
    <w:name w:val="No Spacing"/>
    <w:uiPriority w:val="1"/>
    <w:qFormat/>
    <w:rsid w:val="00FC693F"/>
    <w:pPr>
      <w:spacing w:after="0" w:line="240" w:lineRule="auto"/>
    </w:pPr>
  </w:style>
  <w:style w:type="character" w:customStyle="1" w:styleId="Virsraksts1Rakstz">
    <w:name w:val="Virsraksts 1 Rakstz."/>
    <w:basedOn w:val="Noklusjumarindkopasfonts"/>
    <w:link w:val="Virsrakst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Virsraksts2Rakstz">
    <w:name w:val="Virsraksts 2 Rakstz."/>
    <w:basedOn w:val="Noklusjumarindkopasfonts"/>
    <w:link w:val="Virsraksts2"/>
    <w:uiPriority w:val="9"/>
    <w:rsid w:val="00FC693F"/>
    <w:rPr>
      <w:rFonts w:asciiTheme="majorHAnsi" w:eastAsiaTheme="majorEastAsia" w:hAnsiTheme="majorHAnsi" w:cstheme="majorBidi"/>
      <w:b/>
      <w:bCs/>
      <w:color w:val="4F81BD" w:themeColor="accent1"/>
      <w:sz w:val="26"/>
      <w:szCs w:val="26"/>
    </w:rPr>
  </w:style>
  <w:style w:type="character" w:customStyle="1" w:styleId="Virsraksts3Rakstz">
    <w:name w:val="Virsraksts 3 Rakstz."/>
    <w:basedOn w:val="Noklusjumarindkopasfonts"/>
    <w:link w:val="Virsraksts3"/>
    <w:uiPriority w:val="9"/>
    <w:rsid w:val="00FC693F"/>
    <w:rPr>
      <w:rFonts w:asciiTheme="majorHAnsi" w:eastAsiaTheme="majorEastAsia" w:hAnsiTheme="majorHAnsi" w:cstheme="majorBidi"/>
      <w:b/>
      <w:bCs/>
      <w:color w:val="4F81BD" w:themeColor="accent1"/>
    </w:rPr>
  </w:style>
  <w:style w:type="paragraph" w:styleId="Nosaukums">
    <w:name w:val="Title"/>
    <w:basedOn w:val="Parasts"/>
    <w:next w:val="Parasts"/>
    <w:link w:val="NosaukumsRakstz"/>
    <w:uiPriority w:val="10"/>
    <w:qFormat/>
    <w:rsid w:val="00FC693F"/>
    <w:pPr>
      <w:keepNext/>
      <w:spacing w:after="140" w:line="240" w:lineRule="auto"/>
      <w:contextualSpacing/>
    </w:pPr>
    <w:rPr>
      <w:rFonts w:cstheme="majorBidi"/>
      <w:b/>
      <w:spacing w:val="5"/>
      <w:kern w:val="28"/>
      <w:sz w:val="32"/>
      <w:szCs w:val="52"/>
    </w:rPr>
  </w:style>
  <w:style w:type="character" w:customStyle="1" w:styleId="NosaukumsRakstz">
    <w:name w:val="Nosaukums Rakstz."/>
    <w:basedOn w:val="Noklusjumarindkopasfonts"/>
    <w:link w:val="Nosaukum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pakvirsraksts">
    <w:name w:val="Subtitle"/>
    <w:basedOn w:val="Parasts"/>
    <w:next w:val="Parasts"/>
    <w:link w:val="ApakvirsrakstsRakstz"/>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pakvirsrakstsRakstz">
    <w:name w:val="Apakšvirsraksts Rakstz."/>
    <w:basedOn w:val="Noklusjumarindkopasfonts"/>
    <w:link w:val="Apakvirsraksts"/>
    <w:uiPriority w:val="11"/>
    <w:rsid w:val="00FC693F"/>
    <w:rPr>
      <w:rFonts w:asciiTheme="majorHAnsi" w:eastAsiaTheme="majorEastAsia" w:hAnsiTheme="majorHAnsi" w:cstheme="majorBidi"/>
      <w:i/>
      <w:iCs/>
      <w:color w:val="4F81BD" w:themeColor="accent1"/>
      <w:spacing w:val="15"/>
      <w:sz w:val="24"/>
      <w:szCs w:val="24"/>
    </w:rPr>
  </w:style>
  <w:style w:type="paragraph" w:styleId="Sarakstarindkopa">
    <w:name w:val="List Paragraph"/>
    <w:basedOn w:val="Parasts"/>
    <w:uiPriority w:val="34"/>
    <w:qFormat/>
    <w:rsid w:val="00FC693F"/>
    <w:pPr>
      <w:ind w:left="720"/>
      <w:contextualSpacing/>
    </w:pPr>
  </w:style>
  <w:style w:type="paragraph" w:styleId="Pamatteksts">
    <w:name w:val="Body Text"/>
    <w:basedOn w:val="Parasts"/>
    <w:link w:val="PamattekstsRakstz"/>
    <w:uiPriority w:val="99"/>
    <w:unhideWhenUsed/>
    <w:rsid w:val="00AA1D8D"/>
    <w:pPr>
      <w:spacing w:after="120"/>
    </w:pPr>
  </w:style>
  <w:style w:type="character" w:customStyle="1" w:styleId="PamattekstsRakstz">
    <w:name w:val="Pamatteksts Rakstz."/>
    <w:basedOn w:val="Noklusjumarindkopasfonts"/>
    <w:link w:val="Pamatteksts"/>
    <w:uiPriority w:val="99"/>
    <w:rsid w:val="00AA1D8D"/>
  </w:style>
  <w:style w:type="paragraph" w:styleId="Pamatteksts2">
    <w:name w:val="Body Text 2"/>
    <w:basedOn w:val="Parasts"/>
    <w:link w:val="Pamatteksts2Rakstz"/>
    <w:uiPriority w:val="99"/>
    <w:unhideWhenUsed/>
    <w:rsid w:val="00AA1D8D"/>
    <w:pPr>
      <w:spacing w:after="120" w:line="480" w:lineRule="auto"/>
    </w:pPr>
  </w:style>
  <w:style w:type="character" w:customStyle="1" w:styleId="Pamatteksts2Rakstz">
    <w:name w:val="Pamatteksts 2 Rakstz."/>
    <w:basedOn w:val="Noklusjumarindkopasfonts"/>
    <w:link w:val="Pamatteksts2"/>
    <w:uiPriority w:val="99"/>
    <w:rsid w:val="00AA1D8D"/>
  </w:style>
  <w:style w:type="paragraph" w:styleId="Pamatteksts3">
    <w:name w:val="Body Text 3"/>
    <w:basedOn w:val="Parasts"/>
    <w:link w:val="Pamatteksts3Rakstz"/>
    <w:uiPriority w:val="99"/>
    <w:unhideWhenUsed/>
    <w:rsid w:val="00AA1D8D"/>
    <w:pPr>
      <w:spacing w:after="120"/>
    </w:pPr>
    <w:rPr>
      <w:sz w:val="16"/>
      <w:szCs w:val="16"/>
    </w:rPr>
  </w:style>
  <w:style w:type="character" w:customStyle="1" w:styleId="Pamatteksts3Rakstz">
    <w:name w:val="Pamatteksts 3 Rakstz."/>
    <w:basedOn w:val="Noklusjumarindkopasfonts"/>
    <w:link w:val="Pamatteksts3"/>
    <w:uiPriority w:val="99"/>
    <w:rsid w:val="00AA1D8D"/>
    <w:rPr>
      <w:sz w:val="16"/>
      <w:szCs w:val="16"/>
    </w:rPr>
  </w:style>
  <w:style w:type="paragraph" w:styleId="Saraksts">
    <w:name w:val="List"/>
    <w:basedOn w:val="Parasts"/>
    <w:uiPriority w:val="99"/>
    <w:unhideWhenUsed/>
    <w:rsid w:val="00AA1D8D"/>
    <w:pPr>
      <w:ind w:left="360" w:hanging="360"/>
      <w:contextualSpacing/>
    </w:pPr>
  </w:style>
  <w:style w:type="paragraph" w:styleId="Saraksts2">
    <w:name w:val="List 2"/>
    <w:basedOn w:val="Parasts"/>
    <w:uiPriority w:val="99"/>
    <w:unhideWhenUsed/>
    <w:rsid w:val="00326F90"/>
    <w:pPr>
      <w:ind w:left="720" w:hanging="360"/>
      <w:contextualSpacing/>
    </w:pPr>
  </w:style>
  <w:style w:type="paragraph" w:styleId="Saraksts3">
    <w:name w:val="List 3"/>
    <w:basedOn w:val="Parasts"/>
    <w:uiPriority w:val="99"/>
    <w:unhideWhenUsed/>
    <w:rsid w:val="00326F90"/>
    <w:pPr>
      <w:ind w:left="1080" w:hanging="360"/>
      <w:contextualSpacing/>
    </w:pPr>
  </w:style>
  <w:style w:type="paragraph" w:styleId="Sarakstaaizzme">
    <w:name w:val="List Bullet"/>
    <w:basedOn w:val="Parasts"/>
    <w:uiPriority w:val="99"/>
    <w:unhideWhenUsed/>
    <w:rsid w:val="00326F90"/>
    <w:pPr>
      <w:numPr>
        <w:numId w:val="1"/>
      </w:numPr>
      <w:contextualSpacing/>
    </w:pPr>
  </w:style>
  <w:style w:type="paragraph" w:styleId="Sarakstaaizzme2">
    <w:name w:val="List Bullet 2"/>
    <w:basedOn w:val="Parasts"/>
    <w:uiPriority w:val="99"/>
    <w:unhideWhenUsed/>
    <w:rsid w:val="00326F90"/>
    <w:pPr>
      <w:numPr>
        <w:numId w:val="2"/>
      </w:numPr>
      <w:contextualSpacing/>
    </w:pPr>
  </w:style>
  <w:style w:type="paragraph" w:styleId="Sarakstaaizzme3">
    <w:name w:val="List Bullet 3"/>
    <w:basedOn w:val="Parasts"/>
    <w:uiPriority w:val="99"/>
    <w:unhideWhenUsed/>
    <w:rsid w:val="00326F90"/>
    <w:pPr>
      <w:numPr>
        <w:numId w:val="3"/>
      </w:numPr>
      <w:contextualSpacing/>
    </w:pPr>
  </w:style>
  <w:style w:type="paragraph" w:styleId="Sarakstanumurs">
    <w:name w:val="List Number"/>
    <w:basedOn w:val="Parasts"/>
    <w:uiPriority w:val="99"/>
    <w:unhideWhenUsed/>
    <w:rsid w:val="00326F90"/>
    <w:pPr>
      <w:numPr>
        <w:numId w:val="5"/>
      </w:numPr>
      <w:contextualSpacing/>
    </w:pPr>
  </w:style>
  <w:style w:type="paragraph" w:styleId="Sarakstanumurs2">
    <w:name w:val="List Number 2"/>
    <w:basedOn w:val="Parasts"/>
    <w:uiPriority w:val="99"/>
    <w:unhideWhenUsed/>
    <w:rsid w:val="0029639D"/>
    <w:pPr>
      <w:numPr>
        <w:numId w:val="6"/>
      </w:numPr>
      <w:contextualSpacing/>
    </w:pPr>
  </w:style>
  <w:style w:type="paragraph" w:styleId="Sarakstanumurs3">
    <w:name w:val="List Number 3"/>
    <w:basedOn w:val="Parasts"/>
    <w:uiPriority w:val="99"/>
    <w:unhideWhenUsed/>
    <w:rsid w:val="0029639D"/>
    <w:pPr>
      <w:numPr>
        <w:numId w:val="7"/>
      </w:numPr>
      <w:contextualSpacing/>
    </w:pPr>
  </w:style>
  <w:style w:type="paragraph" w:styleId="Sarakstaturpinjums">
    <w:name w:val="List Continue"/>
    <w:basedOn w:val="Parasts"/>
    <w:uiPriority w:val="99"/>
    <w:unhideWhenUsed/>
    <w:rsid w:val="0029639D"/>
    <w:pPr>
      <w:spacing w:after="120"/>
      <w:ind w:left="360"/>
      <w:contextualSpacing/>
    </w:pPr>
  </w:style>
  <w:style w:type="paragraph" w:styleId="Sarakstaturpinjums2">
    <w:name w:val="List Continue 2"/>
    <w:basedOn w:val="Parasts"/>
    <w:uiPriority w:val="99"/>
    <w:unhideWhenUsed/>
    <w:rsid w:val="0029639D"/>
    <w:pPr>
      <w:spacing w:after="120"/>
      <w:ind w:left="720"/>
      <w:contextualSpacing/>
    </w:pPr>
  </w:style>
  <w:style w:type="paragraph" w:styleId="Sarakstaturpinjums3">
    <w:name w:val="List Continue 3"/>
    <w:basedOn w:val="Parasts"/>
    <w:uiPriority w:val="99"/>
    <w:unhideWhenUsed/>
    <w:rsid w:val="0029639D"/>
    <w:pPr>
      <w:spacing w:after="120"/>
      <w:ind w:left="1080"/>
      <w:contextualSpacing/>
    </w:pPr>
  </w:style>
  <w:style w:type="paragraph" w:styleId="Makroteksts">
    <w:name w:val="macro"/>
    <w:link w:val="MakrotekstsRakstz"/>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sRakstz">
    <w:name w:val="Makro teksts Rakstz."/>
    <w:basedOn w:val="Noklusjumarindkopasfonts"/>
    <w:link w:val="Makroteksts"/>
    <w:uiPriority w:val="99"/>
    <w:rsid w:val="0029639D"/>
    <w:rPr>
      <w:rFonts w:ascii="Courier" w:hAnsi="Courier"/>
      <w:sz w:val="20"/>
      <w:szCs w:val="20"/>
    </w:rPr>
  </w:style>
  <w:style w:type="paragraph" w:styleId="Citts">
    <w:name w:val="Quote"/>
    <w:basedOn w:val="Parasts"/>
    <w:next w:val="Parasts"/>
    <w:link w:val="CittsRakstz"/>
    <w:uiPriority w:val="29"/>
    <w:qFormat/>
    <w:rsid w:val="00FC693F"/>
    <w:rPr>
      <w:i/>
      <w:iCs/>
      <w:color w:val="000000" w:themeColor="text1"/>
    </w:rPr>
  </w:style>
  <w:style w:type="character" w:customStyle="1" w:styleId="CittsRakstz">
    <w:name w:val="Citāts Rakstz."/>
    <w:basedOn w:val="Noklusjumarindkopasfonts"/>
    <w:link w:val="Citts"/>
    <w:uiPriority w:val="29"/>
    <w:rsid w:val="00FC693F"/>
    <w:rPr>
      <w:i/>
      <w:iCs/>
      <w:color w:val="000000" w:themeColor="text1"/>
    </w:rPr>
  </w:style>
  <w:style w:type="character" w:customStyle="1" w:styleId="Virsraksts4Rakstz">
    <w:name w:val="Virsraksts 4 Rakstz."/>
    <w:basedOn w:val="Noklusjumarindkopasfonts"/>
    <w:link w:val="Virsraksts4"/>
    <w:uiPriority w:val="9"/>
    <w:semiHidden/>
    <w:rsid w:val="00FC693F"/>
    <w:rPr>
      <w:rFonts w:asciiTheme="majorHAnsi" w:eastAsiaTheme="majorEastAsia" w:hAnsiTheme="majorHAnsi" w:cstheme="majorBidi"/>
      <w:b/>
      <w:bCs/>
      <w:i/>
      <w:iCs/>
      <w:color w:val="4F81BD" w:themeColor="accent1"/>
    </w:rPr>
  </w:style>
  <w:style w:type="character" w:customStyle="1" w:styleId="Virsraksts5Rakstz">
    <w:name w:val="Virsraksts 5 Rakstz."/>
    <w:basedOn w:val="Noklusjumarindkopasfonts"/>
    <w:link w:val="Virsraksts5"/>
    <w:uiPriority w:val="9"/>
    <w:semiHidden/>
    <w:rsid w:val="00FC693F"/>
    <w:rPr>
      <w:rFonts w:asciiTheme="majorHAnsi" w:eastAsiaTheme="majorEastAsia" w:hAnsiTheme="majorHAnsi" w:cstheme="majorBidi"/>
      <w:color w:val="243F60" w:themeColor="accent1" w:themeShade="7F"/>
    </w:rPr>
  </w:style>
  <w:style w:type="character" w:customStyle="1" w:styleId="Virsraksts6Rakstz">
    <w:name w:val="Virsraksts 6 Rakstz."/>
    <w:basedOn w:val="Noklusjumarindkopasfonts"/>
    <w:link w:val="Virsraksts6"/>
    <w:uiPriority w:val="9"/>
    <w:semiHidden/>
    <w:rsid w:val="00FC693F"/>
    <w:rPr>
      <w:rFonts w:asciiTheme="majorHAnsi" w:eastAsiaTheme="majorEastAsia" w:hAnsiTheme="majorHAnsi" w:cstheme="majorBidi"/>
      <w:i/>
      <w:iCs/>
      <w:color w:val="243F60" w:themeColor="accent1" w:themeShade="7F"/>
    </w:rPr>
  </w:style>
  <w:style w:type="character" w:customStyle="1" w:styleId="Virsraksts7Rakstz">
    <w:name w:val="Virsraksts 7 Rakstz."/>
    <w:basedOn w:val="Noklusjumarindkopasfonts"/>
    <w:link w:val="Virsraksts7"/>
    <w:uiPriority w:val="9"/>
    <w:semiHidden/>
    <w:rsid w:val="00FC693F"/>
    <w:rPr>
      <w:rFonts w:asciiTheme="majorHAnsi" w:eastAsiaTheme="majorEastAsia" w:hAnsiTheme="majorHAnsi" w:cstheme="majorBidi"/>
      <w:i/>
      <w:iCs/>
      <w:color w:val="404040" w:themeColor="text1" w:themeTint="BF"/>
    </w:rPr>
  </w:style>
  <w:style w:type="character" w:customStyle="1" w:styleId="Virsraksts8Rakstz">
    <w:name w:val="Virsraksts 8 Rakstz."/>
    <w:basedOn w:val="Noklusjumarindkopasfonts"/>
    <w:link w:val="Virsraksts8"/>
    <w:uiPriority w:val="9"/>
    <w:semiHidden/>
    <w:rsid w:val="00FC693F"/>
    <w:rPr>
      <w:rFonts w:asciiTheme="majorHAnsi" w:eastAsiaTheme="majorEastAsia" w:hAnsiTheme="majorHAnsi" w:cstheme="majorBidi"/>
      <w:color w:val="4F81BD" w:themeColor="accent1"/>
      <w:sz w:val="20"/>
      <w:szCs w:val="20"/>
    </w:rPr>
  </w:style>
  <w:style w:type="character" w:customStyle="1" w:styleId="Virsraksts9Rakstz">
    <w:name w:val="Virsraksts 9 Rakstz."/>
    <w:basedOn w:val="Noklusjumarindkopasfonts"/>
    <w:link w:val="Virsraksts9"/>
    <w:uiPriority w:val="9"/>
    <w:semiHidden/>
    <w:rsid w:val="00FC693F"/>
    <w:rPr>
      <w:rFonts w:asciiTheme="majorHAnsi" w:eastAsiaTheme="majorEastAsia" w:hAnsiTheme="majorHAnsi" w:cstheme="majorBidi"/>
      <w:i/>
      <w:iCs/>
      <w:color w:val="404040" w:themeColor="text1" w:themeTint="BF"/>
      <w:sz w:val="20"/>
      <w:szCs w:val="20"/>
    </w:rPr>
  </w:style>
  <w:style w:type="paragraph" w:styleId="Parakstszemobjekta">
    <w:name w:val="caption"/>
    <w:basedOn w:val="Parasts"/>
    <w:next w:val="Parasts"/>
    <w:uiPriority w:val="35"/>
    <w:semiHidden/>
    <w:unhideWhenUsed/>
    <w:qFormat/>
    <w:rsid w:val="00FC693F"/>
    <w:pPr>
      <w:spacing w:line="240" w:lineRule="auto"/>
    </w:pPr>
    <w:rPr>
      <w:b/>
      <w:bCs/>
      <w:color w:val="4F81BD" w:themeColor="accent1"/>
      <w:sz w:val="18"/>
      <w:szCs w:val="18"/>
    </w:rPr>
  </w:style>
  <w:style w:type="character" w:styleId="Izteiksmgs">
    <w:name w:val="Strong"/>
    <w:basedOn w:val="Noklusjumarindkopasfonts"/>
    <w:uiPriority w:val="22"/>
    <w:qFormat/>
    <w:rsid w:val="00FC693F"/>
    <w:rPr>
      <w:b/>
      <w:bCs/>
    </w:rPr>
  </w:style>
  <w:style w:type="character" w:styleId="Izclums">
    <w:name w:val="Emphasis"/>
    <w:basedOn w:val="Noklusjumarindkopasfonts"/>
    <w:uiPriority w:val="20"/>
    <w:qFormat/>
    <w:rsid w:val="00FC693F"/>
    <w:rPr>
      <w:i/>
      <w:iCs/>
    </w:rPr>
  </w:style>
  <w:style w:type="paragraph" w:styleId="Intensvscitts">
    <w:name w:val="Intense Quote"/>
    <w:basedOn w:val="Parasts"/>
    <w:next w:val="Parasts"/>
    <w:link w:val="IntensvscittsRakstz"/>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vscittsRakstz">
    <w:name w:val="Intensīvs citāts Rakstz."/>
    <w:basedOn w:val="Noklusjumarindkopasfonts"/>
    <w:link w:val="Intensvscitts"/>
    <w:uiPriority w:val="30"/>
    <w:rsid w:val="00FC693F"/>
    <w:rPr>
      <w:b/>
      <w:bCs/>
      <w:i/>
      <w:iCs/>
      <w:color w:val="4F81BD" w:themeColor="accent1"/>
    </w:rPr>
  </w:style>
  <w:style w:type="character" w:styleId="Izsmalcintsizclums">
    <w:name w:val="Subtle Emphasis"/>
    <w:basedOn w:val="Noklusjumarindkopasfonts"/>
    <w:uiPriority w:val="19"/>
    <w:qFormat/>
    <w:rsid w:val="00FC693F"/>
    <w:rPr>
      <w:i/>
      <w:iCs/>
      <w:color w:val="808080" w:themeColor="text1" w:themeTint="7F"/>
    </w:rPr>
  </w:style>
  <w:style w:type="character" w:styleId="Intensvsizclums">
    <w:name w:val="Intense Emphasis"/>
    <w:basedOn w:val="Noklusjumarindkopasfonts"/>
    <w:uiPriority w:val="21"/>
    <w:qFormat/>
    <w:rsid w:val="00FC693F"/>
    <w:rPr>
      <w:b/>
      <w:bCs/>
      <w:i/>
      <w:iCs/>
      <w:color w:val="4F81BD" w:themeColor="accent1"/>
    </w:rPr>
  </w:style>
  <w:style w:type="character" w:styleId="Izsmalcintaatsauce">
    <w:name w:val="Subtle Reference"/>
    <w:basedOn w:val="Noklusjumarindkopasfonts"/>
    <w:uiPriority w:val="31"/>
    <w:qFormat/>
    <w:rsid w:val="00FC693F"/>
    <w:rPr>
      <w:smallCaps/>
      <w:color w:val="C0504D" w:themeColor="accent2"/>
      <w:u w:val="single"/>
    </w:rPr>
  </w:style>
  <w:style w:type="character" w:styleId="Intensvaatsauce">
    <w:name w:val="Intense Reference"/>
    <w:basedOn w:val="Noklusjumarindkopasfonts"/>
    <w:uiPriority w:val="32"/>
    <w:qFormat/>
    <w:rsid w:val="00FC693F"/>
    <w:rPr>
      <w:b/>
      <w:bCs/>
      <w:smallCaps/>
      <w:color w:val="C0504D" w:themeColor="accent2"/>
      <w:spacing w:val="5"/>
      <w:u w:val="single"/>
    </w:rPr>
  </w:style>
  <w:style w:type="character" w:styleId="Grmatasnosaukums">
    <w:name w:val="Book Title"/>
    <w:basedOn w:val="Noklusjumarindkopasfonts"/>
    <w:uiPriority w:val="33"/>
    <w:qFormat/>
    <w:rsid w:val="00FC693F"/>
    <w:rPr>
      <w:b/>
      <w:bCs/>
      <w:smallCaps/>
      <w:spacing w:val="5"/>
    </w:rPr>
  </w:style>
  <w:style w:type="paragraph" w:styleId="Saturardtjavirsraksts">
    <w:name w:val="TOC Heading"/>
    <w:basedOn w:val="Virsraksts1"/>
    <w:next w:val="Parasts"/>
    <w:uiPriority w:val="39"/>
    <w:semiHidden/>
    <w:unhideWhenUsed/>
    <w:qFormat/>
    <w:rsid w:val="00FC693F"/>
    <w:pPr>
      <w:outlineLvl w:val="9"/>
    </w:pPr>
  </w:style>
  <w:style w:type="table" w:styleId="Reatabula">
    <w:name w:val="Table Grid"/>
    <w:basedOn w:val="Parastatabu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aisnojums">
    <w:name w:val="Light Shading"/>
    <w:basedOn w:val="Parastatabu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aisnojumsizclums1">
    <w:name w:val="Light Shading Accent 1"/>
    <w:basedOn w:val="Parastatabu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aisnojumsizclums2">
    <w:name w:val="Light Shading Accent 2"/>
    <w:basedOn w:val="Parastatabu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Gaisnojumsizclums3">
    <w:name w:val="Light Shading Accent 3"/>
    <w:basedOn w:val="Parastatabu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Gaisnojumsizclums4">
    <w:name w:val="Light Shading Accent 4"/>
    <w:basedOn w:val="Parastatabu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Gaisnojumsizclums5">
    <w:name w:val="Light Shading Accent 5"/>
    <w:basedOn w:val="Parastatabu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Gaisnojumsizclums6">
    <w:name w:val="Light Shading Accent 6"/>
    <w:basedOn w:val="Parastatabu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Gaissaraksts">
    <w:name w:val="Light List"/>
    <w:basedOn w:val="Parastatabu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Gaissarakstsizclums1">
    <w:name w:val="Light List Accent 1"/>
    <w:basedOn w:val="Parastatabu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aissarakstsizclums2">
    <w:name w:val="Light List Accent 2"/>
    <w:basedOn w:val="Parastatabu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Gaissarakstsizclums3">
    <w:name w:val="Light List Accent 3"/>
    <w:basedOn w:val="Parastatabu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aissarakstsizclums4">
    <w:name w:val="Light List Accent 4"/>
    <w:basedOn w:val="Parastatabu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Gaissarakstsizclums5">
    <w:name w:val="Light List Accent 5"/>
    <w:basedOn w:val="Parastatabu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Gaissarakstsizclums6">
    <w:name w:val="Light List Accent 6"/>
    <w:basedOn w:val="Parastatabu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aisreis">
    <w:name w:val="Light Grid"/>
    <w:basedOn w:val="Parastatabu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aisreisizclums1">
    <w:name w:val="Light Grid Accent 1"/>
    <w:basedOn w:val="Parastatabu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aisreisizclums2">
    <w:name w:val="Light Grid Accent 2"/>
    <w:basedOn w:val="Parastatabu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aisreisizclums3">
    <w:name w:val="Light Grid Accent 3"/>
    <w:basedOn w:val="Parastatabu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aisreisizclums4">
    <w:name w:val="Light Grid Accent 4"/>
    <w:basedOn w:val="Parastatabu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aisreisizclums5">
    <w:name w:val="Light Grid Accent 5"/>
    <w:basedOn w:val="Parastatabu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aisreisizclums6">
    <w:name w:val="Light Grid Accent 6"/>
    <w:basedOn w:val="Parastatabu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djsnojums1">
    <w:name w:val="Medium Shading 1"/>
    <w:basedOn w:val="Parastatabu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Vidjsnojums1izclums1">
    <w:name w:val="Medium Shading 1 Accent 1"/>
    <w:basedOn w:val="Parastatabu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Vidjsnojums1izclums2">
    <w:name w:val="Medium Shading 1 Accent 2"/>
    <w:basedOn w:val="Parastatabu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Vidjsnojums1izclums3">
    <w:name w:val="Medium Shading 1 Accent 3"/>
    <w:basedOn w:val="Parastatabu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Vidjsnojums1izclums4">
    <w:name w:val="Medium Shading 1 Accent 4"/>
    <w:basedOn w:val="Parastatabu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Vidjsnojums1izclums5">
    <w:name w:val="Medium Shading 1 Accent 5"/>
    <w:basedOn w:val="Parastatabu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Vidjsnojums1izclums6">
    <w:name w:val="Medium Shading 1 Accent 6"/>
    <w:basedOn w:val="Parastatabu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Vidjsnojums2">
    <w:name w:val="Medium Shading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1">
    <w:name w:val="Medium Shading 2 Accent 1"/>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2">
    <w:name w:val="Medium Shading 2 Accent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3">
    <w:name w:val="Medium Shading 2 Accent 3"/>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4">
    <w:name w:val="Medium Shading 2 Accent 4"/>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5">
    <w:name w:val="Medium Shading 2 Accent 5"/>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6">
    <w:name w:val="Medium Shading 2 Accent 6"/>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saraksts1">
    <w:name w:val="Medium List 1"/>
    <w:basedOn w:val="Parastatabu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Vidjssaraksts1izclums1">
    <w:name w:val="Medium List 1 Accent 1"/>
    <w:basedOn w:val="Parastatabu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Vidjssaraksts1izclums2">
    <w:name w:val="Medium List 1 Accent 2"/>
    <w:basedOn w:val="Parastatabu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Vidjssaraksts1izclums3">
    <w:name w:val="Medium List 1 Accent 3"/>
    <w:basedOn w:val="Parastatabu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Vidjssaraksts1izclums4">
    <w:name w:val="Medium List 1 Accent 4"/>
    <w:basedOn w:val="Parastatabu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Vidjssaraksts1izclums5">
    <w:name w:val="Medium List 1 Accent 5"/>
    <w:basedOn w:val="Parastatabu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Vidjssaraksts1izclums6">
    <w:name w:val="Medium List 1 Accent 6"/>
    <w:basedOn w:val="Parastatabu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Vidjssaraksts2">
    <w:name w:val="Medium Lis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1">
    <w:name w:val="Medium List 2 Accent 1"/>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2">
    <w:name w:val="Medium List 2 Accen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3">
    <w:name w:val="Medium List 2 Accent 3"/>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4">
    <w:name w:val="Medium List 2 Accent 4"/>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5">
    <w:name w:val="Medium List 2 Accent 5"/>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6">
    <w:name w:val="Medium List 2 Accent 6"/>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Vidjsreis1">
    <w:name w:val="Medium Grid 1"/>
    <w:basedOn w:val="Parastatabu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idjsreis1izclums1">
    <w:name w:val="Medium Grid 1 Accent 1"/>
    <w:basedOn w:val="Parastatabu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idjsreis1izclums2">
    <w:name w:val="Medium Grid 1 Accent 2"/>
    <w:basedOn w:val="Parastatabu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idjsreis1izclums3">
    <w:name w:val="Medium Grid 1 Accent 3"/>
    <w:basedOn w:val="Parastatabu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idjsreis1izclums4">
    <w:name w:val="Medium Grid 1 Accent 4"/>
    <w:basedOn w:val="Parastatabu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idjsreis1izclums5">
    <w:name w:val="Medium Grid 1 Accent 5"/>
    <w:basedOn w:val="Parastatabu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idjsreis1izclums6">
    <w:name w:val="Medium Grid 1 Accent 6"/>
    <w:basedOn w:val="Parastatabu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Vidjsreis2">
    <w:name w:val="Medium Grid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Vidjsreis2izclums1">
    <w:name w:val="Medium Grid 2 Accent 1"/>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Vidjsreis2izclums2">
    <w:name w:val="Medium Grid 2 Accent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Vidjsreis2izclums3">
    <w:name w:val="Medium Grid 2 Accent 3"/>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Vidjsreis2izclums4">
    <w:name w:val="Medium Grid 2 Accent 4"/>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Vidjsreis2izclums5">
    <w:name w:val="Medium Grid 2 Accent 5"/>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Vidjsreis2izclums6">
    <w:name w:val="Medium Grid 2 Accent 6"/>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Vidjsreis3">
    <w:name w:val="Medium Grid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Vidjsreis3izclums1">
    <w:name w:val="Medium Grid 3 Accent 1"/>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Vidjsreis3izclums2">
    <w:name w:val="Medium Grid 3 Accent 2"/>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Vidjsreis3izclums3">
    <w:name w:val="Medium Grid 3 Accent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Vidjsreis3izclums4">
    <w:name w:val="Medium Grid 3 Accent 4"/>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Vidjsreis3izclums5">
    <w:name w:val="Medium Grid 3 Accent 5"/>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Vidjsreis3izclums6">
    <w:name w:val="Medium Grid 3 Accent 6"/>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ssaraksts">
    <w:name w:val="Dark List"/>
    <w:basedOn w:val="Parastatabu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ssarakstsizclums1">
    <w:name w:val="Dark List Accent 1"/>
    <w:basedOn w:val="Parastatabu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ssarakstsizclums2">
    <w:name w:val="Dark List Accent 2"/>
    <w:basedOn w:val="Parastatabu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ssarakstsizclums3">
    <w:name w:val="Dark List Accent 3"/>
    <w:basedOn w:val="Parastatabu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ssarakstsizclums4">
    <w:name w:val="Dark List Accent 4"/>
    <w:basedOn w:val="Parastatabu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ssarakstsizclums5">
    <w:name w:val="Dark List Accent 5"/>
    <w:basedOn w:val="Parastatabu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ssarakstsizclums6">
    <w:name w:val="Dark List Accent 6"/>
    <w:basedOn w:val="Parastatabu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rsainsnojums">
    <w:name w:val="Colorful Shading"/>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rsainsnojumsizclums1">
    <w:name w:val="Colorful Shading Accent 1"/>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rsainsnojumsizclums2">
    <w:name w:val="Colorful Shading Accent 2"/>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rsainsnojumsizclums3">
    <w:name w:val="Colorful Shading Accent 3"/>
    <w:basedOn w:val="Parastatabu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rsainsnojumsizclums4">
    <w:name w:val="Colorful Shading Accent 4"/>
    <w:basedOn w:val="Parastatabu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rsainsnojumsizclums5">
    <w:name w:val="Colorful Shading Accent 5"/>
    <w:basedOn w:val="Parastatabu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rsainsnojumsizclums6">
    <w:name w:val="Colorful Shading Accent 6"/>
    <w:basedOn w:val="Parastatabu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rsainssaraksts">
    <w:name w:val="Colorful List"/>
    <w:basedOn w:val="Parastatabu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rsainssarakstsizclums1">
    <w:name w:val="Colorful List Accent 1"/>
    <w:basedOn w:val="Parastatabu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rsainssarakstsizclums2">
    <w:name w:val="Colorful List Accent 2"/>
    <w:basedOn w:val="Parastatabu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rsainssarakstsizclums3">
    <w:name w:val="Colorful List Accent 3"/>
    <w:basedOn w:val="Parastatabu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rsainssarakstsizclums4">
    <w:name w:val="Colorful List Accent 4"/>
    <w:basedOn w:val="Parastatabu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rsainssarakstsizclums5">
    <w:name w:val="Colorful List Accent 5"/>
    <w:basedOn w:val="Parastatabu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rsainssarakstsizclums6">
    <w:name w:val="Colorful List Accent 6"/>
    <w:basedOn w:val="Parastatabu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rsainsreis">
    <w:name w:val="Colorful Grid"/>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rsainsreisizclums1">
    <w:name w:val="Colorful Grid Accent 1"/>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rsainsreisizclums2">
    <w:name w:val="Colorful Grid Accent 2"/>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rsainsreisizclums3">
    <w:name w:val="Colorful Grid Accent 3"/>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rsainsreisizclums4">
    <w:name w:val="Colorful Grid Accent 4"/>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rsainsreisizclums5">
    <w:name w:val="Colorful Grid Accent 5"/>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rsainsreisizclums6">
    <w:name w:val="Colorful Grid Accent 6"/>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3573</Words>
  <Characters>2037</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Tatjana Bernharde</cp:lastModifiedBy>
  <cp:revision>47</cp:revision>
  <dcterms:created xsi:type="dcterms:W3CDTF">2013-12-23T23:15:00Z</dcterms:created>
  <dcterms:modified xsi:type="dcterms:W3CDTF">2026-09-30T05:45:00Z</dcterms:modified>
  <cp:category/>
</cp:coreProperties>
</file>